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65BB6" w14:textId="12980461" w:rsidR="000B6535" w:rsidRPr="00C22B8A" w:rsidRDefault="00C22B8A" w:rsidP="00C22B8A">
      <w:pPr>
        <w:spacing w:after="40"/>
        <w:rPr>
          <w:sz w:val="18"/>
        </w:rPr>
      </w:pPr>
      <w:r w:rsidRPr="0073326E">
        <w:rPr>
          <w:b/>
          <w:sz w:val="22"/>
        </w:rPr>
        <w:t xml:space="preserve">Supplementary File </w:t>
      </w:r>
      <w:r>
        <w:rPr>
          <w:b/>
          <w:sz w:val="22"/>
        </w:rPr>
        <w:t>2</w:t>
      </w:r>
    </w:p>
    <w:p w14:paraId="66826512" w14:textId="10CA5F73" w:rsidR="00B20D3F" w:rsidRDefault="000B6535">
      <w:pPr>
        <w:spacing w:before="120" w:after="40"/>
        <w:rPr>
          <w:b/>
          <w:sz w:val="21"/>
        </w:rPr>
      </w:pPr>
      <w:r>
        <w:rPr>
          <w:b/>
          <w:sz w:val="22"/>
        </w:rPr>
        <w:t xml:space="preserve">Fig. 3. </w:t>
      </w:r>
      <w:r w:rsidR="00B20D3F">
        <w:rPr>
          <w:b/>
          <w:sz w:val="22"/>
        </w:rPr>
        <w:t>3-way mixed model ANOVA</w:t>
      </w:r>
    </w:p>
    <w:p w14:paraId="63B92422" w14:textId="4D8E488F" w:rsidR="0065442A" w:rsidRDefault="00000000">
      <w:pPr>
        <w:spacing w:before="120" w:after="40"/>
      </w:pPr>
      <w:r>
        <w:rPr>
          <w:b/>
          <w:sz w:val="21"/>
        </w:rPr>
        <w:t>a. Positive modulated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62"/>
        <w:gridCol w:w="1675"/>
        <w:gridCol w:w="1152"/>
        <w:gridCol w:w="1159"/>
        <w:gridCol w:w="901"/>
        <w:gridCol w:w="1403"/>
        <w:gridCol w:w="1283"/>
        <w:gridCol w:w="813"/>
      </w:tblGrid>
      <w:tr w:rsidR="0065442A" w14:paraId="100760D5" w14:textId="77777777" w:rsidTr="00C46F86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C06B7" w14:textId="77777777" w:rsidR="0065442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A7691" w14:textId="77777777" w:rsidR="0065442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F37B95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8D3FA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8F749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380B8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ADB41C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388E5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65442A" w14:paraId="0DD5906E" w14:textId="77777777" w:rsidTr="00C46F86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1A823B" w14:textId="1FF30776" w:rsidR="0065442A" w:rsidRDefault="0051695D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</w:tcBorders>
            <w:vAlign w:val="center"/>
          </w:tcPr>
          <w:p w14:paraId="4202C369" w14:textId="77777777" w:rsidR="0065442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7F0F72E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41614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14:paraId="0EB7E701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20807.1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vAlign w:val="center"/>
          </w:tcPr>
          <w:p w14:paraId="4025D82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16.803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06E2DC6A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2, 17.907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482E8C79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  <w:tc>
          <w:tcPr>
            <w:tcW w:w="864" w:type="dxa"/>
            <w:tcBorders>
              <w:top w:val="single" w:sz="4" w:space="0" w:color="auto"/>
              <w:right w:val="nil"/>
            </w:tcBorders>
            <w:vAlign w:val="center"/>
          </w:tcPr>
          <w:p w14:paraId="3CCFE01D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0.65</w:t>
            </w:r>
          </w:p>
        </w:tc>
      </w:tr>
      <w:tr w:rsidR="0065442A" w14:paraId="0C1D0932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551281E9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420E9917" w14:textId="77777777" w:rsidR="0065442A" w:rsidRDefault="00000000">
            <w:pPr>
              <w:spacing w:after="0"/>
            </w:pPr>
            <w:r>
              <w:rPr>
                <w:sz w:val="16"/>
              </w:rPr>
              <w:t>Time</w:t>
            </w:r>
          </w:p>
        </w:tc>
        <w:tc>
          <w:tcPr>
            <w:tcW w:w="1224" w:type="dxa"/>
            <w:vAlign w:val="center"/>
          </w:tcPr>
          <w:p w14:paraId="4513F23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11118</w:t>
            </w:r>
          </w:p>
        </w:tc>
        <w:tc>
          <w:tcPr>
            <w:tcW w:w="1224" w:type="dxa"/>
            <w:vAlign w:val="center"/>
          </w:tcPr>
          <w:p w14:paraId="293F8F7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5558.8</w:t>
            </w:r>
          </w:p>
        </w:tc>
        <w:tc>
          <w:tcPr>
            <w:tcW w:w="936" w:type="dxa"/>
            <w:vAlign w:val="center"/>
          </w:tcPr>
          <w:p w14:paraId="06702C51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4.489</w:t>
            </w:r>
          </w:p>
        </w:tc>
        <w:tc>
          <w:tcPr>
            <w:tcW w:w="1512" w:type="dxa"/>
            <w:vAlign w:val="center"/>
          </w:tcPr>
          <w:p w14:paraId="1860CF9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2, 191.314</w:t>
            </w:r>
          </w:p>
        </w:tc>
        <w:tc>
          <w:tcPr>
            <w:tcW w:w="1368" w:type="dxa"/>
            <w:vAlign w:val="center"/>
          </w:tcPr>
          <w:p w14:paraId="55093F4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&lt; 0.02*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5ECD7C0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0.04</w:t>
            </w:r>
          </w:p>
        </w:tc>
      </w:tr>
      <w:tr w:rsidR="0065442A" w14:paraId="6B32F387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50F66A0D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184F58FB" w14:textId="77777777" w:rsidR="0065442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37154A02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3480</w:t>
            </w:r>
          </w:p>
        </w:tc>
        <w:tc>
          <w:tcPr>
            <w:tcW w:w="1224" w:type="dxa"/>
            <w:vAlign w:val="center"/>
          </w:tcPr>
          <w:p w14:paraId="46C50ABD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1160.1</w:t>
            </w:r>
          </w:p>
        </w:tc>
        <w:tc>
          <w:tcPr>
            <w:tcW w:w="936" w:type="dxa"/>
            <w:vAlign w:val="center"/>
          </w:tcPr>
          <w:p w14:paraId="1039D09A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0.937</w:t>
            </w:r>
          </w:p>
        </w:tc>
        <w:tc>
          <w:tcPr>
            <w:tcW w:w="1512" w:type="dxa"/>
            <w:vAlign w:val="center"/>
          </w:tcPr>
          <w:p w14:paraId="1504528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3, 189.815</w:t>
            </w:r>
          </w:p>
        </w:tc>
        <w:tc>
          <w:tcPr>
            <w:tcW w:w="1368" w:type="dxa"/>
            <w:vAlign w:val="center"/>
          </w:tcPr>
          <w:p w14:paraId="61DFC450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0.424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607B09C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0.01</w:t>
            </w:r>
          </w:p>
        </w:tc>
      </w:tr>
      <w:tr w:rsidR="0065442A" w14:paraId="36268885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1CB572E3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78053738" w14:textId="77777777" w:rsidR="0065442A" w:rsidRDefault="00000000">
            <w:pPr>
              <w:spacing w:after="0"/>
            </w:pPr>
            <w:r>
              <w:rPr>
                <w:sz w:val="16"/>
              </w:rPr>
              <w:t>Group x Time</w:t>
            </w:r>
          </w:p>
        </w:tc>
        <w:tc>
          <w:tcPr>
            <w:tcW w:w="1224" w:type="dxa"/>
            <w:vAlign w:val="center"/>
          </w:tcPr>
          <w:p w14:paraId="7B24477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3617</w:t>
            </w:r>
          </w:p>
        </w:tc>
        <w:tc>
          <w:tcPr>
            <w:tcW w:w="1224" w:type="dxa"/>
            <w:vAlign w:val="center"/>
          </w:tcPr>
          <w:p w14:paraId="39D79932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904.3</w:t>
            </w:r>
          </w:p>
        </w:tc>
        <w:tc>
          <w:tcPr>
            <w:tcW w:w="936" w:type="dxa"/>
            <w:vAlign w:val="center"/>
          </w:tcPr>
          <w:p w14:paraId="1F1CE6B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0.730</w:t>
            </w:r>
          </w:p>
        </w:tc>
        <w:tc>
          <w:tcPr>
            <w:tcW w:w="1512" w:type="dxa"/>
            <w:vAlign w:val="center"/>
          </w:tcPr>
          <w:p w14:paraId="32CB9BE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4, 191.152</w:t>
            </w:r>
          </w:p>
        </w:tc>
        <w:tc>
          <w:tcPr>
            <w:tcW w:w="1368" w:type="dxa"/>
            <w:vAlign w:val="center"/>
          </w:tcPr>
          <w:p w14:paraId="4828A0D8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0.572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59AF539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0.02</w:t>
            </w:r>
          </w:p>
        </w:tc>
      </w:tr>
      <w:tr w:rsidR="0065442A" w14:paraId="5707A935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7F5026C9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40ECF05E" w14:textId="354407D5" w:rsidR="0065442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5CCE300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189326</w:t>
            </w:r>
          </w:p>
        </w:tc>
        <w:tc>
          <w:tcPr>
            <w:tcW w:w="1224" w:type="dxa"/>
            <w:vAlign w:val="center"/>
          </w:tcPr>
          <w:p w14:paraId="6D1522E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31554.4</w:t>
            </w:r>
          </w:p>
        </w:tc>
        <w:tc>
          <w:tcPr>
            <w:tcW w:w="936" w:type="dxa"/>
            <w:vAlign w:val="center"/>
          </w:tcPr>
          <w:p w14:paraId="5EE8F81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25.482</w:t>
            </w:r>
          </w:p>
        </w:tc>
        <w:tc>
          <w:tcPr>
            <w:tcW w:w="1512" w:type="dxa"/>
            <w:vAlign w:val="center"/>
          </w:tcPr>
          <w:p w14:paraId="2A838F0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6, 189.815</w:t>
            </w:r>
          </w:p>
        </w:tc>
        <w:tc>
          <w:tcPr>
            <w:tcW w:w="1368" w:type="dxa"/>
            <w:vAlign w:val="center"/>
          </w:tcPr>
          <w:p w14:paraId="1412201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&lt; 0.001***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1665B619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0.45</w:t>
            </w:r>
          </w:p>
        </w:tc>
      </w:tr>
      <w:tr w:rsidR="0065442A" w14:paraId="3BCFEB30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5BF34512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1EADB62F" w14:textId="6572F745" w:rsidR="0065442A" w:rsidRDefault="00000000">
            <w:pPr>
              <w:spacing w:after="0"/>
            </w:pPr>
            <w:r>
              <w:rPr>
                <w:sz w:val="16"/>
              </w:rPr>
              <w:t xml:space="preserve">Time 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0932D91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9127</w:t>
            </w:r>
          </w:p>
        </w:tc>
        <w:tc>
          <w:tcPr>
            <w:tcW w:w="1224" w:type="dxa"/>
            <w:vAlign w:val="center"/>
          </w:tcPr>
          <w:p w14:paraId="7EBFA4D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1521.1</w:t>
            </w:r>
          </w:p>
        </w:tc>
        <w:tc>
          <w:tcPr>
            <w:tcW w:w="936" w:type="dxa"/>
            <w:vAlign w:val="center"/>
          </w:tcPr>
          <w:p w14:paraId="1923C99D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1.228</w:t>
            </w:r>
          </w:p>
        </w:tc>
        <w:tc>
          <w:tcPr>
            <w:tcW w:w="1512" w:type="dxa"/>
            <w:vAlign w:val="center"/>
          </w:tcPr>
          <w:p w14:paraId="0CFA491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6, 189.815</w:t>
            </w:r>
          </w:p>
        </w:tc>
        <w:tc>
          <w:tcPr>
            <w:tcW w:w="1368" w:type="dxa"/>
            <w:vAlign w:val="center"/>
          </w:tcPr>
          <w:p w14:paraId="78D345B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0.293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5C2613B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0.04</w:t>
            </w:r>
          </w:p>
        </w:tc>
      </w:tr>
      <w:tr w:rsidR="0065442A" w14:paraId="08E0227C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E6CC0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  <w:bottom w:val="single" w:sz="8" w:space="0" w:color="000000"/>
            </w:tcBorders>
            <w:vAlign w:val="center"/>
          </w:tcPr>
          <w:p w14:paraId="371ED333" w14:textId="389F43CF" w:rsidR="0065442A" w:rsidRDefault="00000000">
            <w:pPr>
              <w:spacing w:after="0"/>
            </w:pPr>
            <w:r>
              <w:rPr>
                <w:sz w:val="16"/>
              </w:rPr>
              <w:t>Group x Time</w:t>
            </w:r>
            <w:r>
              <w:rPr>
                <w:sz w:val="16"/>
              </w:rPr>
              <w:br/>
              <w:t xml:space="preserve">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3499100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7936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6F081DAD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661.3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256766D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0.534</w:t>
            </w:r>
          </w:p>
        </w:tc>
        <w:tc>
          <w:tcPr>
            <w:tcW w:w="1512" w:type="dxa"/>
            <w:tcBorders>
              <w:bottom w:val="single" w:sz="8" w:space="0" w:color="000000"/>
            </w:tcBorders>
            <w:vAlign w:val="center"/>
          </w:tcPr>
          <w:p w14:paraId="0AE11CA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12, 189.815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7914DE4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0.891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30A018B2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0.03</w:t>
            </w:r>
          </w:p>
        </w:tc>
      </w:tr>
    </w:tbl>
    <w:p w14:paraId="19979CE8" w14:textId="5F60B6B7" w:rsidR="0065442A" w:rsidRDefault="00000000">
      <w:pPr>
        <w:spacing w:before="80" w:after="40"/>
      </w:pPr>
      <w:r>
        <w:rPr>
          <w:b/>
        </w:rPr>
        <w:t>Simple effects</w:t>
      </w:r>
      <w:r w:rsidR="0051695D">
        <w:rPr>
          <w:b/>
        </w:rPr>
        <w:t xml:space="preserve"> analysis conducted for </w:t>
      </w:r>
      <w:r w:rsidR="004A6ED7">
        <w:rPr>
          <w:b/>
        </w:rPr>
        <w:t>Group</w:t>
      </w:r>
      <w:r w:rsidR="0051695D">
        <w:rPr>
          <w:b/>
        </w:rPr>
        <w:t xml:space="preserve"> x Frequency interaction</w:t>
      </w:r>
    </w:p>
    <w:p w14:paraId="686B2A0C" w14:textId="77777777" w:rsidR="0065442A" w:rsidRDefault="00000000">
      <w:pPr>
        <w:spacing w:before="60" w:after="0"/>
      </w:pPr>
      <w:r>
        <w:rPr>
          <w:b/>
        </w:rPr>
        <w:t>Group = CS+15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15888F62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2391048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2329903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A24CF7F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13918F3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67EE5A3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D3C835D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18880AE8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32F15B2C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70438624" w14:textId="77777777" w:rsidR="0065442A" w:rsidRDefault="00000000">
            <w:pPr>
              <w:spacing w:after="0"/>
            </w:pPr>
            <w:r>
              <w:rPr>
                <w:sz w:val="17"/>
              </w:rPr>
              <w:t>-45.634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697E072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22E4D7D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4039B5F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-3.820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0107850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0.0005***</w:t>
            </w:r>
          </w:p>
        </w:tc>
      </w:tr>
      <w:tr w:rsidR="0065442A" w14:paraId="19FB8AD3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36172F30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327A1FAA" w14:textId="77777777" w:rsidR="0065442A" w:rsidRDefault="00000000">
            <w:pPr>
              <w:spacing w:after="0"/>
            </w:pPr>
            <w:r>
              <w:rPr>
                <w:sz w:val="17"/>
              </w:rPr>
              <w:t>-87.231</w:t>
            </w:r>
          </w:p>
        </w:tc>
        <w:tc>
          <w:tcPr>
            <w:tcW w:w="1008" w:type="dxa"/>
            <w:vAlign w:val="center"/>
          </w:tcPr>
          <w:p w14:paraId="121D890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vAlign w:val="center"/>
          </w:tcPr>
          <w:p w14:paraId="121EF4A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489CE1C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-7.302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458EFFE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0.0001***</w:t>
            </w:r>
          </w:p>
        </w:tc>
      </w:tr>
      <w:tr w:rsidR="0065442A" w14:paraId="7A4283E8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62096E95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1EE4313C" w14:textId="77777777" w:rsidR="0065442A" w:rsidRDefault="00000000">
            <w:pPr>
              <w:spacing w:after="0"/>
            </w:pPr>
            <w:r>
              <w:rPr>
                <w:sz w:val="17"/>
              </w:rPr>
              <w:t>-103.651</w:t>
            </w:r>
          </w:p>
        </w:tc>
        <w:tc>
          <w:tcPr>
            <w:tcW w:w="1008" w:type="dxa"/>
            <w:vAlign w:val="center"/>
          </w:tcPr>
          <w:p w14:paraId="33417BE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vAlign w:val="center"/>
          </w:tcPr>
          <w:p w14:paraId="723A193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39E7235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-8.677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73435C8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0.0001***</w:t>
            </w:r>
          </w:p>
        </w:tc>
      </w:tr>
      <w:tr w:rsidR="0065442A" w14:paraId="2229E406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64CB50B1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66E3886A" w14:textId="77777777" w:rsidR="0065442A" w:rsidRDefault="00000000">
            <w:pPr>
              <w:spacing w:after="0"/>
            </w:pPr>
            <w:r>
              <w:rPr>
                <w:sz w:val="17"/>
              </w:rPr>
              <w:t>-41.598</w:t>
            </w:r>
          </w:p>
        </w:tc>
        <w:tc>
          <w:tcPr>
            <w:tcW w:w="1008" w:type="dxa"/>
            <w:vAlign w:val="center"/>
          </w:tcPr>
          <w:p w14:paraId="41F53CD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vAlign w:val="center"/>
          </w:tcPr>
          <w:p w14:paraId="782C31B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527C0E0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-3.482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7C31EBA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0.0012**</w:t>
            </w:r>
          </w:p>
        </w:tc>
      </w:tr>
      <w:tr w:rsidR="0065442A" w14:paraId="38663E6C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3C1D6DF5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5010172F" w14:textId="77777777" w:rsidR="0065442A" w:rsidRDefault="00000000">
            <w:pPr>
              <w:spacing w:after="0"/>
            </w:pPr>
            <w:r>
              <w:rPr>
                <w:sz w:val="17"/>
              </w:rPr>
              <w:t>-58.018</w:t>
            </w:r>
          </w:p>
        </w:tc>
        <w:tc>
          <w:tcPr>
            <w:tcW w:w="1008" w:type="dxa"/>
            <w:vAlign w:val="center"/>
          </w:tcPr>
          <w:p w14:paraId="1456555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vAlign w:val="center"/>
          </w:tcPr>
          <w:p w14:paraId="4F14E0B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6EFCCA5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-4.857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72EAE52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0.0001***</w:t>
            </w:r>
          </w:p>
        </w:tc>
      </w:tr>
      <w:tr w:rsidR="0065442A" w14:paraId="702240E8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457577B2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467DC5EC" w14:textId="77777777" w:rsidR="0065442A" w:rsidRDefault="00000000">
            <w:pPr>
              <w:spacing w:after="0"/>
            </w:pPr>
            <w:r>
              <w:rPr>
                <w:sz w:val="17"/>
              </w:rPr>
              <w:t>-16.420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621EDBE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11.9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54E71FB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41B8471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-1.375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558BD2C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0.1706</w:t>
            </w:r>
          </w:p>
        </w:tc>
      </w:tr>
    </w:tbl>
    <w:p w14:paraId="6D2106F4" w14:textId="77777777" w:rsidR="0065442A" w:rsidRDefault="00000000">
      <w:pPr>
        <w:spacing w:before="60" w:after="0"/>
      </w:pPr>
      <w:r>
        <w:rPr>
          <w:b/>
        </w:rPr>
        <w:t>Group = CS+3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0D735CF3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14B674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0A844B3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2606896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990900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4FB1BEC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6AD4D3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140CE51E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1DC195E5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26A02DD6" w14:textId="77777777" w:rsidR="0065442A" w:rsidRDefault="00000000">
            <w:pPr>
              <w:spacing w:after="0"/>
            </w:pPr>
            <w:r>
              <w:rPr>
                <w:sz w:val="17"/>
              </w:rPr>
              <w:t>59.286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6A0B34B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4AF1753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2C2AB60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4.194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7D968F8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0.0002***</w:t>
            </w:r>
          </w:p>
        </w:tc>
      </w:tr>
      <w:tr w:rsidR="0065442A" w14:paraId="161BE4C8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4DBE76DB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1EE289ED" w14:textId="77777777" w:rsidR="0065442A" w:rsidRDefault="00000000">
            <w:pPr>
              <w:spacing w:after="0"/>
            </w:pPr>
            <w:r>
              <w:rPr>
                <w:sz w:val="17"/>
              </w:rPr>
              <w:t>81.162</w:t>
            </w:r>
          </w:p>
        </w:tc>
        <w:tc>
          <w:tcPr>
            <w:tcW w:w="1008" w:type="dxa"/>
            <w:vAlign w:val="center"/>
          </w:tcPr>
          <w:p w14:paraId="73D1FED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vAlign w:val="center"/>
          </w:tcPr>
          <w:p w14:paraId="5A29A13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0A19CC0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5.742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1AB4688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0.0001***</w:t>
            </w:r>
          </w:p>
        </w:tc>
      </w:tr>
      <w:tr w:rsidR="0065442A" w14:paraId="44F7151D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4724944A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6159A73C" w14:textId="77777777" w:rsidR="0065442A" w:rsidRDefault="00000000">
            <w:pPr>
              <w:spacing w:after="0"/>
            </w:pPr>
            <w:r>
              <w:rPr>
                <w:sz w:val="17"/>
              </w:rPr>
              <w:t>80.288</w:t>
            </w:r>
          </w:p>
        </w:tc>
        <w:tc>
          <w:tcPr>
            <w:tcW w:w="1008" w:type="dxa"/>
            <w:vAlign w:val="center"/>
          </w:tcPr>
          <w:p w14:paraId="4771862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vAlign w:val="center"/>
          </w:tcPr>
          <w:p w14:paraId="693492C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20F0E6B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5.680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54CFDA5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&lt; 0.0001***</w:t>
            </w:r>
          </w:p>
        </w:tc>
      </w:tr>
      <w:tr w:rsidR="0065442A" w14:paraId="57FB1FC0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55F1E282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3B8B816C" w14:textId="77777777" w:rsidR="0065442A" w:rsidRDefault="00000000">
            <w:pPr>
              <w:spacing w:after="0"/>
            </w:pPr>
            <w:r>
              <w:rPr>
                <w:sz w:val="17"/>
              </w:rPr>
              <w:t>21.876</w:t>
            </w:r>
          </w:p>
        </w:tc>
        <w:tc>
          <w:tcPr>
            <w:tcW w:w="1008" w:type="dxa"/>
            <w:vAlign w:val="center"/>
          </w:tcPr>
          <w:p w14:paraId="71F0F12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vAlign w:val="center"/>
          </w:tcPr>
          <w:p w14:paraId="4360A56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6DB770C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1.548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316DAFB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0.3692</w:t>
            </w:r>
          </w:p>
        </w:tc>
      </w:tr>
      <w:tr w:rsidR="0065442A" w14:paraId="632342D9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57FDF6E5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44F5897B" w14:textId="77777777" w:rsidR="0065442A" w:rsidRDefault="00000000">
            <w:pPr>
              <w:spacing w:after="0"/>
            </w:pPr>
            <w:r>
              <w:rPr>
                <w:sz w:val="17"/>
              </w:rPr>
              <w:t>21.002</w:t>
            </w:r>
          </w:p>
        </w:tc>
        <w:tc>
          <w:tcPr>
            <w:tcW w:w="1008" w:type="dxa"/>
            <w:vAlign w:val="center"/>
          </w:tcPr>
          <w:p w14:paraId="1AA808C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vAlign w:val="center"/>
          </w:tcPr>
          <w:p w14:paraId="3B66878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676909F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1.486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43B0727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0.3692</w:t>
            </w:r>
          </w:p>
        </w:tc>
      </w:tr>
      <w:tr w:rsidR="0065442A" w14:paraId="4295769A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5AC86AF4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55BBF09A" w14:textId="77777777" w:rsidR="0065442A" w:rsidRDefault="00000000">
            <w:pPr>
              <w:spacing w:after="0"/>
            </w:pPr>
            <w:r>
              <w:rPr>
                <w:sz w:val="17"/>
              </w:rPr>
              <w:t>-0.874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260A153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14.1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6BDDC86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365F2D2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-0.062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7C54217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0.9508</w:t>
            </w:r>
          </w:p>
        </w:tc>
      </w:tr>
    </w:tbl>
    <w:p w14:paraId="7AF3C2CA" w14:textId="77777777" w:rsidR="0065442A" w:rsidRDefault="00000000">
      <w:pPr>
        <w:spacing w:before="60" w:after="0"/>
      </w:pPr>
      <w:r>
        <w:rPr>
          <w:b/>
        </w:rPr>
        <w:t>Group = No shock control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29673A4E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484BF35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3A84FF6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B106604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F264C2C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B44E79C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D762B48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771BD9C2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7834914F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13B76EC6" w14:textId="77777777" w:rsidR="0065442A" w:rsidRDefault="00000000">
            <w:pPr>
              <w:spacing w:after="0"/>
            </w:pPr>
            <w:r>
              <w:rPr>
                <w:sz w:val="17"/>
              </w:rPr>
              <w:t>-15.841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7F216B2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4017E2F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6F6A57D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-1.137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5DB8016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640B0F4C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027DF0E6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348F6020" w14:textId="77777777" w:rsidR="0065442A" w:rsidRDefault="00000000">
            <w:pPr>
              <w:spacing w:after="0"/>
            </w:pPr>
            <w:r>
              <w:rPr>
                <w:sz w:val="17"/>
              </w:rPr>
              <w:t>-10.626</w:t>
            </w:r>
          </w:p>
        </w:tc>
        <w:tc>
          <w:tcPr>
            <w:tcW w:w="1008" w:type="dxa"/>
            <w:vAlign w:val="center"/>
          </w:tcPr>
          <w:p w14:paraId="7B678AC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4E4425B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276808D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-0.762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5D2809C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D64ED1D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1756BCD0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7596481C" w14:textId="77777777" w:rsidR="0065442A" w:rsidRDefault="00000000">
            <w:pPr>
              <w:spacing w:after="0"/>
            </w:pPr>
            <w:r>
              <w:rPr>
                <w:sz w:val="17"/>
              </w:rPr>
              <w:t>-7.660</w:t>
            </w:r>
          </w:p>
        </w:tc>
        <w:tc>
          <w:tcPr>
            <w:tcW w:w="1008" w:type="dxa"/>
            <w:vAlign w:val="center"/>
          </w:tcPr>
          <w:p w14:paraId="21593E2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77B1377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64A9313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-0.550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49D1B6F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3109803A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73E91AAB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50B1079C" w14:textId="77777777" w:rsidR="0065442A" w:rsidRDefault="00000000">
            <w:pPr>
              <w:spacing w:after="0"/>
            </w:pPr>
            <w:r>
              <w:rPr>
                <w:sz w:val="17"/>
              </w:rPr>
              <w:t>5.216</w:t>
            </w:r>
          </w:p>
        </w:tc>
        <w:tc>
          <w:tcPr>
            <w:tcW w:w="1008" w:type="dxa"/>
            <w:vAlign w:val="center"/>
          </w:tcPr>
          <w:p w14:paraId="327DBE5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1CFB10A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66BBA23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0.374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474B5BB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78F869D3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5488EC43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23DCB336" w14:textId="77777777" w:rsidR="0065442A" w:rsidRDefault="00000000">
            <w:pPr>
              <w:spacing w:after="0"/>
            </w:pPr>
            <w:r>
              <w:rPr>
                <w:sz w:val="17"/>
              </w:rPr>
              <w:t>8.181</w:t>
            </w:r>
          </w:p>
        </w:tc>
        <w:tc>
          <w:tcPr>
            <w:tcW w:w="1008" w:type="dxa"/>
            <w:vAlign w:val="center"/>
          </w:tcPr>
          <w:p w14:paraId="64D3F58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327F573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5A41E00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0.587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2C3B45F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16A9F209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6D00B3F8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4F0515B9" w14:textId="77777777" w:rsidR="0065442A" w:rsidRDefault="00000000">
            <w:pPr>
              <w:spacing w:after="0"/>
            </w:pPr>
            <w:r>
              <w:rPr>
                <w:sz w:val="17"/>
              </w:rPr>
              <w:t>2.966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111F31F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74CC05A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5201B15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0.213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25FDDA3C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</w:tbl>
    <w:p w14:paraId="10B70CA1" w14:textId="77777777" w:rsidR="0065442A" w:rsidRDefault="00000000">
      <w:pPr>
        <w:spacing w:before="120" w:after="40"/>
      </w:pPr>
      <w:r>
        <w:rPr>
          <w:b/>
          <w:sz w:val="21"/>
        </w:rPr>
        <w:t>b. Negative modulated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61"/>
        <w:gridCol w:w="1672"/>
        <w:gridCol w:w="1158"/>
        <w:gridCol w:w="1144"/>
        <w:gridCol w:w="901"/>
        <w:gridCol w:w="1401"/>
        <w:gridCol w:w="1285"/>
        <w:gridCol w:w="826"/>
      </w:tblGrid>
      <w:tr w:rsidR="0065442A" w14:paraId="7F66DCA5" w14:textId="77777777" w:rsidTr="00C46F86">
        <w:trPr>
          <w:jc w:val="center"/>
        </w:trPr>
        <w:tc>
          <w:tcPr>
            <w:tcW w:w="1296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596C294B" w14:textId="77777777" w:rsidR="0065442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57913EA" w14:textId="77777777" w:rsidR="0065442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0FDC08A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D04162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D68F882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5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127E00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6"/>
              </w:rPr>
              <w:t>df</w:t>
            </w:r>
            <w:proofErr w:type="spellEnd"/>
          </w:p>
        </w:tc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37899B2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4AD1763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ηp²</w:t>
            </w:r>
          </w:p>
        </w:tc>
      </w:tr>
      <w:tr w:rsidR="0065442A" w14:paraId="5511F77E" w14:textId="77777777" w:rsidTr="00C46F86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2BA22D" w14:textId="424AD21C" w:rsidR="0065442A" w:rsidRDefault="0051695D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</w:tcBorders>
            <w:vAlign w:val="center"/>
          </w:tcPr>
          <w:p w14:paraId="2CF9521E" w14:textId="77777777" w:rsidR="0065442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73D0247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5701.6</w:t>
            </w:r>
          </w:p>
        </w:tc>
        <w:tc>
          <w:tcPr>
            <w:tcW w:w="1224" w:type="dxa"/>
            <w:tcBorders>
              <w:top w:val="single" w:sz="8" w:space="0" w:color="000000"/>
            </w:tcBorders>
            <w:vAlign w:val="center"/>
          </w:tcPr>
          <w:p w14:paraId="13139B5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2850.8</w:t>
            </w:r>
          </w:p>
        </w:tc>
        <w:tc>
          <w:tcPr>
            <w:tcW w:w="936" w:type="dxa"/>
            <w:tcBorders>
              <w:top w:val="single" w:sz="8" w:space="0" w:color="000000"/>
            </w:tcBorders>
            <w:vAlign w:val="center"/>
          </w:tcPr>
          <w:p w14:paraId="723BDFD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2.2670</w:t>
            </w:r>
          </w:p>
        </w:tc>
        <w:tc>
          <w:tcPr>
            <w:tcW w:w="1512" w:type="dxa"/>
            <w:tcBorders>
              <w:top w:val="single" w:sz="8" w:space="0" w:color="000000"/>
            </w:tcBorders>
            <w:vAlign w:val="center"/>
          </w:tcPr>
          <w:p w14:paraId="7E06A5D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2, 18.142</w:t>
            </w:r>
          </w:p>
        </w:tc>
        <w:tc>
          <w:tcPr>
            <w:tcW w:w="1368" w:type="dxa"/>
            <w:tcBorders>
              <w:top w:val="single" w:sz="8" w:space="0" w:color="000000"/>
            </w:tcBorders>
            <w:vAlign w:val="center"/>
          </w:tcPr>
          <w:p w14:paraId="60147960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0.1322</w:t>
            </w:r>
          </w:p>
        </w:tc>
        <w:tc>
          <w:tcPr>
            <w:tcW w:w="864" w:type="dxa"/>
            <w:tcBorders>
              <w:top w:val="single" w:sz="8" w:space="0" w:color="000000"/>
              <w:right w:val="nil"/>
            </w:tcBorders>
            <w:vAlign w:val="center"/>
          </w:tcPr>
          <w:p w14:paraId="0C813D1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0.200</w:t>
            </w:r>
          </w:p>
        </w:tc>
      </w:tr>
      <w:tr w:rsidR="0065442A" w14:paraId="493ACB70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2D508FF1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06AECB00" w14:textId="77777777" w:rsidR="0065442A" w:rsidRDefault="00000000">
            <w:pPr>
              <w:spacing w:after="0"/>
            </w:pPr>
            <w:r>
              <w:rPr>
                <w:sz w:val="16"/>
              </w:rPr>
              <w:t>Time</w:t>
            </w:r>
          </w:p>
        </w:tc>
        <w:tc>
          <w:tcPr>
            <w:tcW w:w="1224" w:type="dxa"/>
            <w:vAlign w:val="center"/>
          </w:tcPr>
          <w:p w14:paraId="7AAE662F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963.6</w:t>
            </w:r>
          </w:p>
        </w:tc>
        <w:tc>
          <w:tcPr>
            <w:tcW w:w="1224" w:type="dxa"/>
            <w:vAlign w:val="center"/>
          </w:tcPr>
          <w:p w14:paraId="0F93193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481.8</w:t>
            </w:r>
          </w:p>
        </w:tc>
        <w:tc>
          <w:tcPr>
            <w:tcW w:w="936" w:type="dxa"/>
            <w:vAlign w:val="center"/>
          </w:tcPr>
          <w:p w14:paraId="193AAABF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0.3831</w:t>
            </w:r>
          </w:p>
        </w:tc>
        <w:tc>
          <w:tcPr>
            <w:tcW w:w="1512" w:type="dxa"/>
            <w:vAlign w:val="center"/>
          </w:tcPr>
          <w:p w14:paraId="7AB52678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2, 189.038</w:t>
            </w:r>
          </w:p>
        </w:tc>
        <w:tc>
          <w:tcPr>
            <w:tcW w:w="1368" w:type="dxa"/>
            <w:vAlign w:val="center"/>
          </w:tcPr>
          <w:p w14:paraId="1291B592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0.6822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7AEF4BC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0.004</w:t>
            </w:r>
          </w:p>
        </w:tc>
      </w:tr>
      <w:tr w:rsidR="0065442A" w14:paraId="276FF77D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6F9B5FBA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36B44CD2" w14:textId="77777777" w:rsidR="0065442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3DF3DDA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6148.4</w:t>
            </w:r>
          </w:p>
        </w:tc>
        <w:tc>
          <w:tcPr>
            <w:tcW w:w="1224" w:type="dxa"/>
            <w:vAlign w:val="center"/>
          </w:tcPr>
          <w:p w14:paraId="4F8AD61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2049.5</w:t>
            </w:r>
          </w:p>
        </w:tc>
        <w:tc>
          <w:tcPr>
            <w:tcW w:w="936" w:type="dxa"/>
            <w:vAlign w:val="center"/>
          </w:tcPr>
          <w:p w14:paraId="1C44E1D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1.6298</w:t>
            </w:r>
          </w:p>
        </w:tc>
        <w:tc>
          <w:tcPr>
            <w:tcW w:w="1512" w:type="dxa"/>
            <w:vAlign w:val="center"/>
          </w:tcPr>
          <w:p w14:paraId="1998BDA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3, 186.216</w:t>
            </w:r>
          </w:p>
        </w:tc>
        <w:tc>
          <w:tcPr>
            <w:tcW w:w="1368" w:type="dxa"/>
            <w:vAlign w:val="center"/>
          </w:tcPr>
          <w:p w14:paraId="13AFE977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0.1840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5E9C262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0.030</w:t>
            </w:r>
          </w:p>
        </w:tc>
      </w:tr>
      <w:tr w:rsidR="0065442A" w14:paraId="794ABB74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0D764A09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0E02E3A9" w14:textId="77777777" w:rsidR="0065442A" w:rsidRDefault="00000000">
            <w:pPr>
              <w:spacing w:after="0"/>
            </w:pPr>
            <w:r>
              <w:rPr>
                <w:sz w:val="16"/>
              </w:rPr>
              <w:t>Group x Time</w:t>
            </w:r>
          </w:p>
        </w:tc>
        <w:tc>
          <w:tcPr>
            <w:tcW w:w="1224" w:type="dxa"/>
            <w:vAlign w:val="center"/>
          </w:tcPr>
          <w:p w14:paraId="1FE47A3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1204.1</w:t>
            </w:r>
          </w:p>
        </w:tc>
        <w:tc>
          <w:tcPr>
            <w:tcW w:w="1224" w:type="dxa"/>
            <w:vAlign w:val="center"/>
          </w:tcPr>
          <w:p w14:paraId="1B30CC0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301.0</w:t>
            </w:r>
          </w:p>
        </w:tc>
        <w:tc>
          <w:tcPr>
            <w:tcW w:w="936" w:type="dxa"/>
            <w:vAlign w:val="center"/>
          </w:tcPr>
          <w:p w14:paraId="3A0FBF52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0.2394</w:t>
            </w:r>
          </w:p>
        </w:tc>
        <w:tc>
          <w:tcPr>
            <w:tcW w:w="1512" w:type="dxa"/>
            <w:vAlign w:val="center"/>
          </w:tcPr>
          <w:p w14:paraId="092B8F0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4, 188.686</w:t>
            </w:r>
          </w:p>
        </w:tc>
        <w:tc>
          <w:tcPr>
            <w:tcW w:w="1368" w:type="dxa"/>
            <w:vAlign w:val="center"/>
          </w:tcPr>
          <w:p w14:paraId="671A91A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0.9158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0153720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0.005</w:t>
            </w:r>
          </w:p>
        </w:tc>
      </w:tr>
      <w:tr w:rsidR="0065442A" w14:paraId="3341DB0C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43063878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60B12530" w14:textId="04922430" w:rsidR="0065442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06EC9B3A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14708.2</w:t>
            </w:r>
          </w:p>
        </w:tc>
        <w:tc>
          <w:tcPr>
            <w:tcW w:w="1224" w:type="dxa"/>
            <w:vAlign w:val="center"/>
          </w:tcPr>
          <w:p w14:paraId="3E0BAC0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2451.4</w:t>
            </w:r>
          </w:p>
        </w:tc>
        <w:tc>
          <w:tcPr>
            <w:tcW w:w="936" w:type="dxa"/>
            <w:vAlign w:val="center"/>
          </w:tcPr>
          <w:p w14:paraId="60D46076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1.9494</w:t>
            </w:r>
          </w:p>
        </w:tc>
        <w:tc>
          <w:tcPr>
            <w:tcW w:w="1512" w:type="dxa"/>
            <w:vAlign w:val="center"/>
          </w:tcPr>
          <w:p w14:paraId="4E8584BB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6, 186.203</w:t>
            </w:r>
          </w:p>
        </w:tc>
        <w:tc>
          <w:tcPr>
            <w:tcW w:w="1368" w:type="dxa"/>
            <w:vAlign w:val="center"/>
          </w:tcPr>
          <w:p w14:paraId="7341C90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0.0750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3DCB1718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0.059</w:t>
            </w:r>
          </w:p>
        </w:tc>
      </w:tr>
      <w:tr w:rsidR="0065442A" w14:paraId="1DA7ADF7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007D2159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</w:tcBorders>
            <w:vAlign w:val="center"/>
          </w:tcPr>
          <w:p w14:paraId="5B74F978" w14:textId="3B240B3C" w:rsidR="0065442A" w:rsidRDefault="00000000">
            <w:pPr>
              <w:spacing w:after="0"/>
            </w:pPr>
            <w:r>
              <w:rPr>
                <w:sz w:val="16"/>
              </w:rPr>
              <w:t xml:space="preserve">Time 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vAlign w:val="center"/>
          </w:tcPr>
          <w:p w14:paraId="31935BE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23070.6</w:t>
            </w:r>
          </w:p>
        </w:tc>
        <w:tc>
          <w:tcPr>
            <w:tcW w:w="1224" w:type="dxa"/>
            <w:vAlign w:val="center"/>
          </w:tcPr>
          <w:p w14:paraId="7D392353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3845.1</w:t>
            </w:r>
          </w:p>
        </w:tc>
        <w:tc>
          <w:tcPr>
            <w:tcW w:w="936" w:type="dxa"/>
            <w:vAlign w:val="center"/>
          </w:tcPr>
          <w:p w14:paraId="140D1DC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3.0577</w:t>
            </w:r>
          </w:p>
        </w:tc>
        <w:tc>
          <w:tcPr>
            <w:tcW w:w="1512" w:type="dxa"/>
            <w:vAlign w:val="center"/>
          </w:tcPr>
          <w:p w14:paraId="563BB05C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6, 186.257</w:t>
            </w:r>
          </w:p>
        </w:tc>
        <w:tc>
          <w:tcPr>
            <w:tcW w:w="1368" w:type="dxa"/>
            <w:vAlign w:val="center"/>
          </w:tcPr>
          <w:p w14:paraId="4AE99030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&lt; 0.0071**</w:t>
            </w:r>
          </w:p>
        </w:tc>
        <w:tc>
          <w:tcPr>
            <w:tcW w:w="864" w:type="dxa"/>
            <w:tcBorders>
              <w:right w:val="nil"/>
            </w:tcBorders>
            <w:vAlign w:val="center"/>
          </w:tcPr>
          <w:p w14:paraId="7D4D6850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0.090</w:t>
            </w:r>
          </w:p>
        </w:tc>
      </w:tr>
      <w:tr w:rsidR="0065442A" w14:paraId="4A5CEF3B" w14:textId="77777777" w:rsidTr="00C46F86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C99B98" w14:textId="77777777" w:rsidR="0065442A" w:rsidRDefault="0065442A">
            <w:pPr>
              <w:spacing w:after="0"/>
            </w:pPr>
          </w:p>
        </w:tc>
        <w:tc>
          <w:tcPr>
            <w:tcW w:w="1800" w:type="dxa"/>
            <w:tcBorders>
              <w:left w:val="nil"/>
              <w:bottom w:val="single" w:sz="8" w:space="0" w:color="000000"/>
            </w:tcBorders>
            <w:vAlign w:val="center"/>
          </w:tcPr>
          <w:p w14:paraId="0562FF46" w14:textId="6EEE8DF5" w:rsidR="0065442A" w:rsidRDefault="00000000">
            <w:pPr>
              <w:spacing w:after="0"/>
            </w:pPr>
            <w:r>
              <w:rPr>
                <w:sz w:val="16"/>
              </w:rPr>
              <w:t>Group x Time</w:t>
            </w:r>
            <w:r>
              <w:rPr>
                <w:sz w:val="16"/>
              </w:rPr>
              <w:br/>
              <w:t xml:space="preserve">x </w:t>
            </w:r>
            <w:r w:rsidR="0051695D">
              <w:rPr>
                <w:sz w:val="16"/>
              </w:rPr>
              <w:t>Frequency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41E7C6D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23011.2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  <w:vAlign w:val="center"/>
          </w:tcPr>
          <w:p w14:paraId="73C51374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1917.6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6A883D0D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1.5249</w:t>
            </w:r>
          </w:p>
        </w:tc>
        <w:tc>
          <w:tcPr>
            <w:tcW w:w="1512" w:type="dxa"/>
            <w:tcBorders>
              <w:bottom w:val="single" w:sz="8" w:space="0" w:color="000000"/>
            </w:tcBorders>
            <w:vAlign w:val="center"/>
          </w:tcPr>
          <w:p w14:paraId="079B1BEE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12, 186.238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vAlign w:val="center"/>
          </w:tcPr>
          <w:p w14:paraId="648B24C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0.1182</w:t>
            </w:r>
          </w:p>
        </w:tc>
        <w:tc>
          <w:tcPr>
            <w:tcW w:w="864" w:type="dxa"/>
            <w:tcBorders>
              <w:bottom w:val="single" w:sz="8" w:space="0" w:color="000000"/>
              <w:right w:val="nil"/>
            </w:tcBorders>
            <w:vAlign w:val="center"/>
          </w:tcPr>
          <w:p w14:paraId="490E72F5" w14:textId="77777777" w:rsidR="0065442A" w:rsidRDefault="00000000">
            <w:pPr>
              <w:spacing w:after="0"/>
              <w:jc w:val="center"/>
            </w:pPr>
            <w:r>
              <w:rPr>
                <w:sz w:val="16"/>
              </w:rPr>
              <w:t>0.089</w:t>
            </w:r>
          </w:p>
        </w:tc>
      </w:tr>
    </w:tbl>
    <w:p w14:paraId="6A52762F" w14:textId="77777777" w:rsidR="0065442A" w:rsidRDefault="00000000">
      <w:r>
        <w:br w:type="page"/>
      </w:r>
    </w:p>
    <w:p w14:paraId="788CDB69" w14:textId="77777777" w:rsidR="0065442A" w:rsidRDefault="00000000">
      <w:pPr>
        <w:spacing w:before="80" w:after="40"/>
      </w:pPr>
      <w:r>
        <w:rPr>
          <w:b/>
        </w:rPr>
        <w:lastRenderedPageBreak/>
        <w:t>Simple effect analysis conducted for Time x Frequency interaction</w:t>
      </w:r>
    </w:p>
    <w:p w14:paraId="4ECA5264" w14:textId="77777777" w:rsidR="0065442A" w:rsidRDefault="00000000">
      <w:pPr>
        <w:spacing w:before="60" w:after="0"/>
      </w:pPr>
      <w:r>
        <w:rPr>
          <w:b/>
        </w:rPr>
        <w:t>Time: Day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396B61D6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C79AEC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E8F2C58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A5194A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C80652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9A75AD8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54EF41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4B8F06C4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679524AF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5FAD3486" w14:textId="77777777" w:rsidR="0065442A" w:rsidRDefault="00000000">
            <w:pPr>
              <w:spacing w:after="0"/>
            </w:pPr>
            <w:r>
              <w:rPr>
                <w:sz w:val="17"/>
              </w:rPr>
              <w:t>14.787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12C4E88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271A23F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30E2A42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-1.124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01C05BD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5BF5EF20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49035CA1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21056BA6" w14:textId="77777777" w:rsidR="0065442A" w:rsidRDefault="00000000">
            <w:pPr>
              <w:spacing w:after="0"/>
            </w:pPr>
            <w:r>
              <w:rPr>
                <w:sz w:val="17"/>
              </w:rPr>
              <w:t>-15.219</w:t>
            </w:r>
          </w:p>
        </w:tc>
        <w:tc>
          <w:tcPr>
            <w:tcW w:w="1008" w:type="dxa"/>
            <w:vAlign w:val="center"/>
          </w:tcPr>
          <w:p w14:paraId="67FF8D0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vAlign w:val="center"/>
          </w:tcPr>
          <w:p w14:paraId="51D1471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vAlign w:val="center"/>
          </w:tcPr>
          <w:p w14:paraId="64A019A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-1.109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6D04607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76D02F74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04E3917E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295153B6" w14:textId="77777777" w:rsidR="0065442A" w:rsidRDefault="00000000">
            <w:pPr>
              <w:spacing w:after="0"/>
            </w:pPr>
            <w:r>
              <w:rPr>
                <w:sz w:val="17"/>
              </w:rPr>
              <w:t>-8.945</w:t>
            </w:r>
          </w:p>
        </w:tc>
        <w:tc>
          <w:tcPr>
            <w:tcW w:w="1008" w:type="dxa"/>
            <w:vAlign w:val="center"/>
          </w:tcPr>
          <w:p w14:paraId="300524C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vAlign w:val="center"/>
          </w:tcPr>
          <w:p w14:paraId="506131A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vAlign w:val="center"/>
          </w:tcPr>
          <w:p w14:paraId="3BBA861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-0.680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7DB729EC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BB0FA75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2BB96490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02539FB0" w14:textId="77777777" w:rsidR="0065442A" w:rsidRDefault="00000000">
            <w:pPr>
              <w:spacing w:after="0"/>
            </w:pPr>
            <w:r>
              <w:rPr>
                <w:sz w:val="17"/>
              </w:rPr>
              <w:t>-0.433</w:t>
            </w:r>
          </w:p>
        </w:tc>
        <w:tc>
          <w:tcPr>
            <w:tcW w:w="1008" w:type="dxa"/>
            <w:vAlign w:val="center"/>
          </w:tcPr>
          <w:p w14:paraId="5D21DF5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vAlign w:val="center"/>
          </w:tcPr>
          <w:p w14:paraId="778182C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vAlign w:val="center"/>
          </w:tcPr>
          <w:p w14:paraId="3E83781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-0.032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54A2FC2C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7087B72C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1F84FF25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4C3D0176" w14:textId="77777777" w:rsidR="0065442A" w:rsidRDefault="00000000">
            <w:pPr>
              <w:spacing w:after="0"/>
            </w:pPr>
            <w:r>
              <w:rPr>
                <w:sz w:val="17"/>
              </w:rPr>
              <w:t>5.842</w:t>
            </w:r>
          </w:p>
        </w:tc>
        <w:tc>
          <w:tcPr>
            <w:tcW w:w="1008" w:type="dxa"/>
            <w:vAlign w:val="center"/>
          </w:tcPr>
          <w:p w14:paraId="5B6DEF9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vAlign w:val="center"/>
          </w:tcPr>
          <w:p w14:paraId="238D915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vAlign w:val="center"/>
          </w:tcPr>
          <w:p w14:paraId="090E228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0.444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7E507AE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240769A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218B094C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6DF07B41" w14:textId="77777777" w:rsidR="0065442A" w:rsidRDefault="00000000">
            <w:pPr>
              <w:spacing w:after="0"/>
            </w:pPr>
            <w:r>
              <w:rPr>
                <w:sz w:val="17"/>
              </w:rPr>
              <w:t>-6.274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3DB553D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705F2AC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0DFA4C2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0.457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5647241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</w:tbl>
    <w:p w14:paraId="7E12A92A" w14:textId="77777777" w:rsidR="0065442A" w:rsidRDefault="00000000">
      <w:pPr>
        <w:spacing w:before="60" w:after="0"/>
      </w:pPr>
      <w:r>
        <w:rPr>
          <w:b/>
        </w:rPr>
        <w:t>Time: Day 15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26E2C27F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CF0AB72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EDF049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27D903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BD46A6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D4BF9D7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6BC750A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4425B2D4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644C4F03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5E800DDD" w14:textId="77777777" w:rsidR="0065442A" w:rsidRDefault="00000000">
            <w:pPr>
              <w:spacing w:after="0"/>
            </w:pPr>
            <w:r>
              <w:rPr>
                <w:sz w:val="17"/>
              </w:rPr>
              <w:t>-14.825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71A0C71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4002246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2D3B710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-1.080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5C6C5C8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2A1BC2C8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754A536B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3F6F18FF" w14:textId="77777777" w:rsidR="0065442A" w:rsidRDefault="00000000">
            <w:pPr>
              <w:spacing w:after="0"/>
            </w:pPr>
            <w:r>
              <w:rPr>
                <w:sz w:val="17"/>
              </w:rPr>
              <w:t>9.416</w:t>
            </w:r>
          </w:p>
        </w:tc>
        <w:tc>
          <w:tcPr>
            <w:tcW w:w="1008" w:type="dxa"/>
            <w:vAlign w:val="center"/>
          </w:tcPr>
          <w:p w14:paraId="241EC27C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vAlign w:val="center"/>
          </w:tcPr>
          <w:p w14:paraId="4B17CC5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vAlign w:val="center"/>
          </w:tcPr>
          <w:p w14:paraId="6B06EF6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0.716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041B65C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FE39159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060C3D70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1E9DAFCE" w14:textId="77777777" w:rsidR="0065442A" w:rsidRDefault="00000000">
            <w:pPr>
              <w:spacing w:after="0"/>
            </w:pPr>
            <w:r>
              <w:rPr>
                <w:sz w:val="17"/>
              </w:rPr>
              <w:t>3.458</w:t>
            </w:r>
          </w:p>
        </w:tc>
        <w:tc>
          <w:tcPr>
            <w:tcW w:w="1008" w:type="dxa"/>
            <w:vAlign w:val="center"/>
          </w:tcPr>
          <w:p w14:paraId="226E3B9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vAlign w:val="center"/>
          </w:tcPr>
          <w:p w14:paraId="79EFF95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vAlign w:val="center"/>
          </w:tcPr>
          <w:p w14:paraId="063CC23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0.263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63F3828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689F1F2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284BB310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7B213B56" w14:textId="77777777" w:rsidR="0065442A" w:rsidRDefault="00000000">
            <w:pPr>
              <w:spacing w:after="0"/>
            </w:pPr>
            <w:r>
              <w:rPr>
                <w:sz w:val="17"/>
              </w:rPr>
              <w:t>24.241</w:t>
            </w:r>
          </w:p>
        </w:tc>
        <w:tc>
          <w:tcPr>
            <w:tcW w:w="1008" w:type="dxa"/>
            <w:vAlign w:val="center"/>
          </w:tcPr>
          <w:p w14:paraId="44EE39D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vAlign w:val="center"/>
          </w:tcPr>
          <w:p w14:paraId="022EDB9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vAlign w:val="center"/>
          </w:tcPr>
          <w:p w14:paraId="5AAAA61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1.766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5FB38F3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0.4726</w:t>
            </w:r>
          </w:p>
        </w:tc>
      </w:tr>
      <w:tr w:rsidR="0065442A" w14:paraId="35E67388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751396E5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0B90C20F" w14:textId="77777777" w:rsidR="0065442A" w:rsidRDefault="00000000">
            <w:pPr>
              <w:spacing w:after="0"/>
            </w:pPr>
            <w:r>
              <w:rPr>
                <w:sz w:val="17"/>
              </w:rPr>
              <w:t>18.283</w:t>
            </w:r>
          </w:p>
        </w:tc>
        <w:tc>
          <w:tcPr>
            <w:tcW w:w="1008" w:type="dxa"/>
            <w:vAlign w:val="center"/>
          </w:tcPr>
          <w:p w14:paraId="4B717E7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13.7</w:t>
            </w:r>
          </w:p>
        </w:tc>
        <w:tc>
          <w:tcPr>
            <w:tcW w:w="1008" w:type="dxa"/>
            <w:vAlign w:val="center"/>
          </w:tcPr>
          <w:p w14:paraId="5C0D338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227</w:t>
            </w:r>
          </w:p>
        </w:tc>
        <w:tc>
          <w:tcPr>
            <w:tcW w:w="1296" w:type="dxa"/>
            <w:vAlign w:val="center"/>
          </w:tcPr>
          <w:p w14:paraId="017DD66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1.332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5395D3AD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0.9212</w:t>
            </w:r>
          </w:p>
        </w:tc>
      </w:tr>
      <w:tr w:rsidR="0065442A" w14:paraId="346AD842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64EB0BFC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2837ABBF" w14:textId="77777777" w:rsidR="0065442A" w:rsidRDefault="00000000">
            <w:pPr>
              <w:spacing w:after="0"/>
            </w:pPr>
            <w:r>
              <w:rPr>
                <w:sz w:val="17"/>
              </w:rPr>
              <w:t>5.958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7AC4991F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13.2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6333393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226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3F25DB4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-0.453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2A5906E9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</w:tbl>
    <w:p w14:paraId="01F73DFD" w14:textId="77777777" w:rsidR="0065442A" w:rsidRDefault="00000000">
      <w:pPr>
        <w:spacing w:before="60" w:after="0"/>
      </w:pPr>
      <w:r>
        <w:rPr>
          <w:b/>
        </w:rPr>
        <w:t>Time: Day 30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440"/>
        <w:gridCol w:w="1008"/>
        <w:gridCol w:w="1008"/>
        <w:gridCol w:w="1296"/>
        <w:gridCol w:w="1584"/>
      </w:tblGrid>
      <w:tr w:rsidR="0065442A" w14:paraId="0678DC7E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11B681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393310F" w14:textId="77777777" w:rsidR="0065442A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CDCDC8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5C24DF" w14:textId="77777777" w:rsidR="0065442A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7"/>
              </w:rPr>
              <w:t>df</w:t>
            </w:r>
            <w:proofErr w:type="spellEnd"/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3FF4B79" w14:textId="77777777" w:rsidR="0065442A" w:rsidRDefault="00000000">
            <w:pPr>
              <w:spacing w:after="0"/>
              <w:jc w:val="center"/>
            </w:pPr>
            <w:proofErr w:type="spellStart"/>
            <w:proofErr w:type="gramStart"/>
            <w:r>
              <w:rPr>
                <w:b/>
                <w:sz w:val="17"/>
              </w:rPr>
              <w:t>t.ratio</w:t>
            </w:r>
            <w:proofErr w:type="spellEnd"/>
            <w:proofErr w:type="gramEnd"/>
          </w:p>
        </w:tc>
        <w:tc>
          <w:tcPr>
            <w:tcW w:w="15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FF5BFD" w14:textId="77777777" w:rsidR="0065442A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65442A" w14:paraId="68D88728" w14:textId="77777777" w:rsidTr="00C46F86">
        <w:trPr>
          <w:jc w:val="center"/>
        </w:trPr>
        <w:tc>
          <w:tcPr>
            <w:tcW w:w="1584" w:type="dxa"/>
            <w:tcBorders>
              <w:top w:val="single" w:sz="8" w:space="0" w:color="000000"/>
              <w:left w:val="nil"/>
            </w:tcBorders>
            <w:vAlign w:val="center"/>
          </w:tcPr>
          <w:p w14:paraId="65AF909C" w14:textId="77777777" w:rsidR="0065442A" w:rsidRDefault="00000000">
            <w:pPr>
              <w:spacing w:after="0"/>
            </w:pPr>
            <w:r>
              <w:rPr>
                <w:sz w:val="17"/>
              </w:rPr>
              <w:t>3 vs 7</w:t>
            </w:r>
          </w:p>
        </w:tc>
        <w:tc>
          <w:tcPr>
            <w:tcW w:w="1440" w:type="dxa"/>
            <w:tcBorders>
              <w:top w:val="single" w:sz="8" w:space="0" w:color="000000"/>
            </w:tcBorders>
            <w:vAlign w:val="center"/>
          </w:tcPr>
          <w:p w14:paraId="1B4B8B6A" w14:textId="77777777" w:rsidR="0065442A" w:rsidRDefault="00000000">
            <w:pPr>
              <w:spacing w:after="0"/>
            </w:pPr>
            <w:r>
              <w:rPr>
                <w:sz w:val="17"/>
              </w:rPr>
              <w:t>-15.841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3C3013B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tcBorders>
              <w:top w:val="single" w:sz="8" w:space="0" w:color="000000"/>
            </w:tcBorders>
            <w:vAlign w:val="center"/>
          </w:tcPr>
          <w:p w14:paraId="1B70FB6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top w:val="single" w:sz="8" w:space="0" w:color="000000"/>
            </w:tcBorders>
            <w:vAlign w:val="center"/>
          </w:tcPr>
          <w:p w14:paraId="586A0A9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-1.137</w:t>
            </w:r>
          </w:p>
        </w:tc>
        <w:tc>
          <w:tcPr>
            <w:tcW w:w="1584" w:type="dxa"/>
            <w:tcBorders>
              <w:top w:val="single" w:sz="8" w:space="0" w:color="000000"/>
              <w:right w:val="nil"/>
            </w:tcBorders>
            <w:vAlign w:val="center"/>
          </w:tcPr>
          <w:p w14:paraId="7725311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0D57A9B1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55C6010A" w14:textId="77777777" w:rsidR="0065442A" w:rsidRDefault="00000000">
            <w:pPr>
              <w:spacing w:after="0"/>
            </w:pPr>
            <w:r>
              <w:rPr>
                <w:sz w:val="17"/>
              </w:rPr>
              <w:t>3 vs 11</w:t>
            </w:r>
          </w:p>
        </w:tc>
        <w:tc>
          <w:tcPr>
            <w:tcW w:w="1440" w:type="dxa"/>
            <w:vAlign w:val="center"/>
          </w:tcPr>
          <w:p w14:paraId="2822D1F9" w14:textId="77777777" w:rsidR="0065442A" w:rsidRDefault="00000000">
            <w:pPr>
              <w:spacing w:after="0"/>
            </w:pPr>
            <w:r>
              <w:rPr>
                <w:sz w:val="17"/>
              </w:rPr>
              <w:t>-10.626</w:t>
            </w:r>
          </w:p>
        </w:tc>
        <w:tc>
          <w:tcPr>
            <w:tcW w:w="1008" w:type="dxa"/>
            <w:vAlign w:val="center"/>
          </w:tcPr>
          <w:p w14:paraId="5ADE022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1205F4C1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098B4E62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-0.762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404AB6E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4DD08CE3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7715A2BF" w14:textId="77777777" w:rsidR="0065442A" w:rsidRDefault="00000000">
            <w:pPr>
              <w:spacing w:after="0"/>
            </w:pPr>
            <w:r>
              <w:rPr>
                <w:sz w:val="17"/>
              </w:rPr>
              <w:t>3 vs 15</w:t>
            </w:r>
          </w:p>
        </w:tc>
        <w:tc>
          <w:tcPr>
            <w:tcW w:w="1440" w:type="dxa"/>
            <w:vAlign w:val="center"/>
          </w:tcPr>
          <w:p w14:paraId="1411631D" w14:textId="77777777" w:rsidR="0065442A" w:rsidRDefault="00000000">
            <w:pPr>
              <w:spacing w:after="0"/>
            </w:pPr>
            <w:r>
              <w:rPr>
                <w:sz w:val="17"/>
              </w:rPr>
              <w:t>-7.660</w:t>
            </w:r>
          </w:p>
        </w:tc>
        <w:tc>
          <w:tcPr>
            <w:tcW w:w="1008" w:type="dxa"/>
            <w:vAlign w:val="center"/>
          </w:tcPr>
          <w:p w14:paraId="7A140E66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6E79481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3DD000C3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-0.550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6FBA014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2796E345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54B9B702" w14:textId="77777777" w:rsidR="0065442A" w:rsidRDefault="00000000">
            <w:pPr>
              <w:spacing w:after="0"/>
            </w:pPr>
            <w:r>
              <w:rPr>
                <w:sz w:val="17"/>
              </w:rPr>
              <w:t>7 vs 11</w:t>
            </w:r>
          </w:p>
        </w:tc>
        <w:tc>
          <w:tcPr>
            <w:tcW w:w="1440" w:type="dxa"/>
            <w:vAlign w:val="center"/>
          </w:tcPr>
          <w:p w14:paraId="73AE99B2" w14:textId="77777777" w:rsidR="0065442A" w:rsidRDefault="00000000">
            <w:pPr>
              <w:spacing w:after="0"/>
            </w:pPr>
            <w:r>
              <w:rPr>
                <w:sz w:val="17"/>
              </w:rPr>
              <w:t>5.216</w:t>
            </w:r>
          </w:p>
        </w:tc>
        <w:tc>
          <w:tcPr>
            <w:tcW w:w="1008" w:type="dxa"/>
            <w:vAlign w:val="center"/>
          </w:tcPr>
          <w:p w14:paraId="0C4B36EE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3C87064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2308A604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0.374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1DD5A13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19536B20" w14:textId="77777777" w:rsidTr="00C46F86">
        <w:trPr>
          <w:jc w:val="center"/>
        </w:trPr>
        <w:tc>
          <w:tcPr>
            <w:tcW w:w="1584" w:type="dxa"/>
            <w:tcBorders>
              <w:left w:val="nil"/>
            </w:tcBorders>
            <w:vAlign w:val="center"/>
          </w:tcPr>
          <w:p w14:paraId="6299A68E" w14:textId="77777777" w:rsidR="0065442A" w:rsidRDefault="00000000">
            <w:pPr>
              <w:spacing w:after="0"/>
            </w:pPr>
            <w:r>
              <w:rPr>
                <w:sz w:val="17"/>
              </w:rPr>
              <w:t>7 vs 15</w:t>
            </w:r>
          </w:p>
        </w:tc>
        <w:tc>
          <w:tcPr>
            <w:tcW w:w="1440" w:type="dxa"/>
            <w:vAlign w:val="center"/>
          </w:tcPr>
          <w:p w14:paraId="3B978348" w14:textId="77777777" w:rsidR="0065442A" w:rsidRDefault="00000000">
            <w:pPr>
              <w:spacing w:after="0"/>
            </w:pPr>
            <w:r>
              <w:rPr>
                <w:sz w:val="17"/>
              </w:rPr>
              <w:t>8.181</w:t>
            </w:r>
          </w:p>
        </w:tc>
        <w:tc>
          <w:tcPr>
            <w:tcW w:w="1008" w:type="dxa"/>
            <w:vAlign w:val="center"/>
          </w:tcPr>
          <w:p w14:paraId="3E943800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vAlign w:val="center"/>
          </w:tcPr>
          <w:p w14:paraId="57351F7B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vAlign w:val="center"/>
          </w:tcPr>
          <w:p w14:paraId="2C059677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0.587</w:t>
            </w:r>
          </w:p>
        </w:tc>
        <w:tc>
          <w:tcPr>
            <w:tcW w:w="1584" w:type="dxa"/>
            <w:tcBorders>
              <w:right w:val="nil"/>
            </w:tcBorders>
            <w:vAlign w:val="center"/>
          </w:tcPr>
          <w:p w14:paraId="6D6A1278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  <w:tr w:rsidR="0065442A" w14:paraId="5F5F428A" w14:textId="77777777" w:rsidTr="00C46F86">
        <w:trPr>
          <w:jc w:val="center"/>
        </w:trPr>
        <w:tc>
          <w:tcPr>
            <w:tcW w:w="1584" w:type="dxa"/>
            <w:tcBorders>
              <w:left w:val="nil"/>
              <w:bottom w:val="single" w:sz="8" w:space="0" w:color="000000"/>
            </w:tcBorders>
            <w:vAlign w:val="center"/>
          </w:tcPr>
          <w:p w14:paraId="304162E6" w14:textId="77777777" w:rsidR="0065442A" w:rsidRDefault="00000000">
            <w:pPr>
              <w:spacing w:after="0"/>
            </w:pPr>
            <w:r>
              <w:rPr>
                <w:sz w:val="17"/>
              </w:rPr>
              <w:t>11 vs 15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vAlign w:val="center"/>
          </w:tcPr>
          <w:p w14:paraId="577BD4D7" w14:textId="77777777" w:rsidR="0065442A" w:rsidRDefault="00000000">
            <w:pPr>
              <w:spacing w:after="0"/>
            </w:pPr>
            <w:r>
              <w:rPr>
                <w:sz w:val="17"/>
              </w:rPr>
              <w:t>2.966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44A11A4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13.9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  <w:vAlign w:val="center"/>
          </w:tcPr>
          <w:p w14:paraId="737A6F15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230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vAlign w:val="center"/>
          </w:tcPr>
          <w:p w14:paraId="3B046F8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0.213</w:t>
            </w:r>
          </w:p>
        </w:tc>
        <w:tc>
          <w:tcPr>
            <w:tcW w:w="1584" w:type="dxa"/>
            <w:tcBorders>
              <w:bottom w:val="single" w:sz="8" w:space="0" w:color="000000"/>
              <w:right w:val="nil"/>
            </w:tcBorders>
            <w:vAlign w:val="center"/>
          </w:tcPr>
          <w:p w14:paraId="3437E52A" w14:textId="77777777" w:rsidR="0065442A" w:rsidRDefault="00000000">
            <w:pPr>
              <w:spacing w:after="0"/>
              <w:jc w:val="center"/>
            </w:pPr>
            <w:r>
              <w:rPr>
                <w:sz w:val="17"/>
              </w:rPr>
              <w:t>1.0000</w:t>
            </w:r>
          </w:p>
        </w:tc>
      </w:tr>
    </w:tbl>
    <w:p w14:paraId="78086488" w14:textId="77777777" w:rsidR="00C22B8A" w:rsidRDefault="00C22B8A" w:rsidP="00C22B8A">
      <w:pPr>
        <w:spacing w:after="40"/>
        <w:rPr>
          <w:b/>
          <w:sz w:val="22"/>
        </w:rPr>
      </w:pPr>
    </w:p>
    <w:p w14:paraId="64889082" w14:textId="442A7CD9" w:rsidR="0065442A" w:rsidRPr="00C22B8A" w:rsidRDefault="00C22B8A" w:rsidP="00C22B8A">
      <w:pPr>
        <w:spacing w:after="40"/>
        <w:rPr>
          <w:sz w:val="18"/>
        </w:rPr>
      </w:pPr>
      <w:r w:rsidRPr="0073326E">
        <w:rPr>
          <w:b/>
          <w:sz w:val="22"/>
        </w:rPr>
        <w:t xml:space="preserve">Supplementary File </w:t>
      </w:r>
      <w:r>
        <w:rPr>
          <w:b/>
          <w:sz w:val="22"/>
        </w:rPr>
        <w:t>2</w:t>
      </w:r>
      <w:r w:rsidR="00E360BE">
        <w:rPr>
          <w:b/>
          <w:sz w:val="22"/>
        </w:rPr>
        <w:t xml:space="preserve"> (Fig. 3)</w:t>
      </w:r>
      <w:r>
        <w:rPr>
          <w:b/>
          <w:sz w:val="22"/>
        </w:rPr>
        <w:t xml:space="preserve">. </w:t>
      </w:r>
      <w:r w:rsidRPr="0051695D">
        <w:rPr>
          <w:b/>
          <w:bCs/>
          <w:sz w:val="22"/>
        </w:rPr>
        <w:t>Statistics comparing areas under the curve for the CS+15, CS+3, and No shock control groups across all frequencies and testing sessions.</w:t>
      </w:r>
      <w:r>
        <w:rPr>
          <w:sz w:val="22"/>
        </w:rPr>
        <w:t xml:space="preserve"> (a-b) Three-way mixed model ANOVAs using Group (CS+15, CS+3, No shock), Frequency (3, 7, 11, 15 kHz), and Time (days 1, 15, 30) as variables for positive (a) and negative (b) cell responders. Simple effects were calculated using Holm correction.</w:t>
      </w:r>
    </w:p>
    <w:sectPr w:rsidR="0065442A" w:rsidRPr="00C22B8A" w:rsidSect="00034616">
      <w:pgSz w:w="12240" w:h="15840"/>
      <w:pgMar w:top="1008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54977">
    <w:abstractNumId w:val="8"/>
  </w:num>
  <w:num w:numId="2" w16cid:durableId="1483308470">
    <w:abstractNumId w:val="6"/>
  </w:num>
  <w:num w:numId="3" w16cid:durableId="1757437333">
    <w:abstractNumId w:val="5"/>
  </w:num>
  <w:num w:numId="4" w16cid:durableId="510529684">
    <w:abstractNumId w:val="4"/>
  </w:num>
  <w:num w:numId="5" w16cid:durableId="1878464429">
    <w:abstractNumId w:val="7"/>
  </w:num>
  <w:num w:numId="6" w16cid:durableId="455681365">
    <w:abstractNumId w:val="3"/>
  </w:num>
  <w:num w:numId="7" w16cid:durableId="2054688204">
    <w:abstractNumId w:val="2"/>
  </w:num>
  <w:num w:numId="8" w16cid:durableId="52698890">
    <w:abstractNumId w:val="1"/>
  </w:num>
  <w:num w:numId="9" w16cid:durableId="14279227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535"/>
    <w:rsid w:val="0015074B"/>
    <w:rsid w:val="0029639D"/>
    <w:rsid w:val="00326F90"/>
    <w:rsid w:val="004A6ED7"/>
    <w:rsid w:val="0051695D"/>
    <w:rsid w:val="0065442A"/>
    <w:rsid w:val="00AA1D8D"/>
    <w:rsid w:val="00B20D3F"/>
    <w:rsid w:val="00B4179A"/>
    <w:rsid w:val="00B47730"/>
    <w:rsid w:val="00C22B8A"/>
    <w:rsid w:val="00C46F86"/>
    <w:rsid w:val="00CB0664"/>
    <w:rsid w:val="00E360BE"/>
    <w:rsid w:val="00E63F14"/>
    <w:rsid w:val="00E90B49"/>
    <w:rsid w:val="00EF55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94CFB8"/>
  <w14:defaultImageDpi w14:val="300"/>
  <w15:docId w15:val="{501CD361-D451-4014-846C-31E2DAB7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DADC05-7E5D-4696-BE82-4CE594E55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454F35-6D2A-4E19-A598-7CE9F2D8CF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FB50D-C7C7-4D68-96EF-3CB8980EFA33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Muzzio, Isabel</cp:lastModifiedBy>
  <cp:revision>5</cp:revision>
  <dcterms:created xsi:type="dcterms:W3CDTF">2026-07-15T00:45:00Z</dcterms:created>
  <dcterms:modified xsi:type="dcterms:W3CDTF">2026-10-07T16:33:00Z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