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D3B501" w14:textId="74B0884E" w:rsidR="00364BCD" w:rsidRPr="00C63EF8" w:rsidRDefault="00364BCD" w:rsidP="00364BCD">
      <w:pPr>
        <w:spacing w:after="0" w:line="240" w:lineRule="auto"/>
        <w:rPr>
          <w:rFonts w:cs="Arial"/>
          <w:b/>
          <w:sz w:val="22"/>
          <w:szCs w:val="24"/>
        </w:rPr>
      </w:pPr>
      <w:r w:rsidRPr="00C63EF8">
        <w:rPr>
          <w:rFonts w:cs="Arial"/>
          <w:b/>
          <w:sz w:val="22"/>
        </w:rPr>
        <w:t xml:space="preserve">Supplementary File </w:t>
      </w:r>
      <w:r>
        <w:rPr>
          <w:rFonts w:cs="Arial"/>
          <w:b/>
          <w:sz w:val="22"/>
        </w:rPr>
        <w:t>4</w:t>
      </w:r>
    </w:p>
    <w:p w14:paraId="08422DB3" w14:textId="58699CDF" w:rsidR="00133C1F" w:rsidRPr="006460D3" w:rsidRDefault="00125192" w:rsidP="006460D3">
      <w:pPr>
        <w:spacing w:after="0" w:line="240" w:lineRule="auto"/>
        <w:rPr>
          <w:b/>
          <w:sz w:val="22"/>
        </w:rPr>
      </w:pPr>
      <w:r>
        <w:rPr>
          <w:b/>
          <w:sz w:val="22"/>
        </w:rPr>
        <w:t>Fig. 4</w:t>
      </w:r>
    </w:p>
    <w:p w14:paraId="67E1FB82" w14:textId="5289B719" w:rsidR="003303D2" w:rsidRDefault="00000000">
      <w:pPr>
        <w:spacing w:before="120" w:after="40"/>
      </w:pPr>
      <w:r>
        <w:rPr>
          <w:b/>
          <w:sz w:val="21"/>
        </w:rPr>
        <w:t>Positive modulated cells</w:t>
      </w:r>
    </w:p>
    <w:p w14:paraId="637A961F" w14:textId="77777777" w:rsidR="003303D2" w:rsidRDefault="00000000">
      <w:pPr>
        <w:spacing w:before="80" w:after="40"/>
      </w:pPr>
      <w:r>
        <w:rPr>
          <w:b/>
        </w:rPr>
        <w:t>Fig. 4a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5"/>
        <w:gridCol w:w="1759"/>
        <w:gridCol w:w="1192"/>
        <w:gridCol w:w="1194"/>
        <w:gridCol w:w="916"/>
        <w:gridCol w:w="1115"/>
        <w:gridCol w:w="1340"/>
        <w:gridCol w:w="847"/>
      </w:tblGrid>
      <w:tr w:rsidR="003303D2" w14:paraId="6A97C2D8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70DE12AD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27F7AE0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9998F3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28D7740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82484FB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C0E4389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41D200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2222A4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421E62CB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B1ACD6E" w14:textId="09EB5004" w:rsidR="003303D2" w:rsidRDefault="00420C1C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</w:tcBorders>
            <w:vAlign w:val="center"/>
          </w:tcPr>
          <w:p w14:paraId="2E47E38E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16F19C5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8959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4E06D88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4.48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77AE35C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9.14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center"/>
          </w:tcPr>
          <w:p w14:paraId="7151A84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64B159D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0.003**</w:t>
            </w:r>
          </w:p>
        </w:tc>
        <w:tc>
          <w:tcPr>
            <w:tcW w:w="864" w:type="dxa"/>
            <w:tcBorders>
              <w:top w:val="single" w:sz="8" w:space="0" w:color="000000"/>
              <w:right w:val="nil"/>
            </w:tcBorders>
            <w:vAlign w:val="center"/>
          </w:tcPr>
          <w:p w14:paraId="02D1B521" w14:textId="5CC644D5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 w:rsidRPr="00420C1C">
              <w:rPr>
                <w:sz w:val="16"/>
                <w:szCs w:val="16"/>
              </w:rPr>
              <w:t>0.55</w:t>
            </w:r>
          </w:p>
        </w:tc>
      </w:tr>
      <w:tr w:rsidR="003303D2" w14:paraId="28553D50" w14:textId="77777777" w:rsidTr="00BE5CD0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22C0DB3E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5BA7ADAB" w14:textId="77777777" w:rsidR="003303D2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4ABE524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7451</w:t>
            </w:r>
          </w:p>
        </w:tc>
        <w:tc>
          <w:tcPr>
            <w:tcW w:w="1224" w:type="dxa"/>
            <w:vAlign w:val="center"/>
          </w:tcPr>
          <w:p w14:paraId="02679A3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0.49</w:t>
            </w:r>
          </w:p>
        </w:tc>
        <w:tc>
          <w:tcPr>
            <w:tcW w:w="936" w:type="dxa"/>
            <w:vAlign w:val="center"/>
          </w:tcPr>
          <w:p w14:paraId="5B93950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2.12</w:t>
            </w:r>
          </w:p>
        </w:tc>
        <w:tc>
          <w:tcPr>
            <w:tcW w:w="1152" w:type="dxa"/>
            <w:vAlign w:val="center"/>
          </w:tcPr>
          <w:p w14:paraId="47C8389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3, 45</w:t>
            </w:r>
          </w:p>
        </w:tc>
        <w:tc>
          <w:tcPr>
            <w:tcW w:w="1368" w:type="dxa"/>
            <w:vAlign w:val="center"/>
          </w:tcPr>
          <w:p w14:paraId="672F883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0.111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258988E3" w14:textId="46ECB8FC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</w:t>
            </w:r>
          </w:p>
        </w:tc>
      </w:tr>
      <w:tr w:rsidR="003303D2" w14:paraId="0EC31C4D" w14:textId="77777777" w:rsidTr="00BE5CD0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91DFF86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bottom w:val="single" w:sz="8" w:space="0" w:color="000000"/>
            </w:tcBorders>
            <w:vAlign w:val="center"/>
          </w:tcPr>
          <w:p w14:paraId="3EE0B33D" w14:textId="2ED06937" w:rsidR="003303D2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420C1C">
              <w:rPr>
                <w:sz w:val="16"/>
              </w:rPr>
              <w:t>Frequency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4D48F2C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4859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0297221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0.81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7B03F67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8.69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vAlign w:val="center"/>
          </w:tcPr>
          <w:p w14:paraId="6212335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6, 45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6F480C0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3A028C0A" w14:textId="7E57D781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</w:t>
            </w:r>
          </w:p>
        </w:tc>
      </w:tr>
    </w:tbl>
    <w:p w14:paraId="6E216014" w14:textId="77777777" w:rsidR="003303D2" w:rsidRDefault="00000000">
      <w:pPr>
        <w:spacing w:before="60" w:after="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2592"/>
        <w:gridCol w:w="1440"/>
        <w:gridCol w:w="720"/>
        <w:gridCol w:w="1080"/>
        <w:gridCol w:w="1368"/>
      </w:tblGrid>
      <w:tr w:rsidR="003303D2" w14:paraId="7877245B" w14:textId="77777777" w:rsidTr="00D704AE">
        <w:trPr>
          <w:jc w:val="center"/>
        </w:trPr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116FE29E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Tone</w:t>
            </w:r>
          </w:p>
        </w:tc>
        <w:tc>
          <w:tcPr>
            <w:tcW w:w="2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C558AEA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8BED95F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CA5EB59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442AD5E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D01C889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3303D2" w14:paraId="36ED83BC" w14:textId="77777777" w:rsidTr="00D704AE">
        <w:trPr>
          <w:jc w:val="center"/>
        </w:trPr>
        <w:tc>
          <w:tcPr>
            <w:tcW w:w="1080" w:type="dxa"/>
            <w:tcBorders>
              <w:top w:val="single" w:sz="8" w:space="0" w:color="auto"/>
              <w:left w:val="nil"/>
            </w:tcBorders>
            <w:vAlign w:val="center"/>
          </w:tcPr>
          <w:p w14:paraId="0DBAA92E" w14:textId="77777777" w:rsidR="003303D2" w:rsidRDefault="00000000">
            <w:pPr>
              <w:spacing w:after="0"/>
            </w:pPr>
            <w:r>
              <w:rPr>
                <w:sz w:val="16"/>
              </w:rPr>
              <w:t>3 kHz</w:t>
            </w:r>
          </w:p>
        </w:tc>
        <w:tc>
          <w:tcPr>
            <w:tcW w:w="2592" w:type="dxa"/>
            <w:tcBorders>
              <w:top w:val="nil"/>
            </w:tcBorders>
            <w:vAlign w:val="center"/>
          </w:tcPr>
          <w:p w14:paraId="4CF8EF66" w14:textId="77777777" w:rsidR="003303D2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50503E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0.747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C73ABA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6C8E083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3.975</w:t>
            </w:r>
          </w:p>
        </w:tc>
        <w:tc>
          <w:tcPr>
            <w:tcW w:w="1368" w:type="dxa"/>
            <w:tcBorders>
              <w:top w:val="nil"/>
              <w:right w:val="nil"/>
            </w:tcBorders>
            <w:vAlign w:val="center"/>
          </w:tcPr>
          <w:p w14:paraId="1FDE86F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0.022*</w:t>
            </w:r>
          </w:p>
        </w:tc>
      </w:tr>
      <w:tr w:rsidR="003303D2" w14:paraId="2036DFB4" w14:textId="77777777" w:rsidTr="00D704AE">
        <w:trPr>
          <w:jc w:val="center"/>
        </w:trPr>
        <w:tc>
          <w:tcPr>
            <w:tcW w:w="1080" w:type="dxa"/>
            <w:tcBorders>
              <w:left w:val="nil"/>
            </w:tcBorders>
            <w:vAlign w:val="center"/>
          </w:tcPr>
          <w:p w14:paraId="50E38562" w14:textId="77777777" w:rsidR="003303D2" w:rsidRDefault="003303D2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4380E262" w14:textId="77777777" w:rsidR="003303D2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440" w:type="dxa"/>
            <w:vAlign w:val="center"/>
          </w:tcPr>
          <w:p w14:paraId="4279A50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0.491</w:t>
            </w:r>
          </w:p>
        </w:tc>
        <w:tc>
          <w:tcPr>
            <w:tcW w:w="720" w:type="dxa"/>
            <w:vAlign w:val="center"/>
          </w:tcPr>
          <w:p w14:paraId="4FBC550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0715FD4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2.706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71A3491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0.151</w:t>
            </w:r>
          </w:p>
        </w:tc>
      </w:tr>
      <w:tr w:rsidR="003303D2" w14:paraId="5DFA6015" w14:textId="77777777" w:rsidTr="00D704AE">
        <w:trPr>
          <w:jc w:val="center"/>
        </w:trPr>
        <w:tc>
          <w:tcPr>
            <w:tcW w:w="1080" w:type="dxa"/>
            <w:tcBorders>
              <w:left w:val="nil"/>
              <w:bottom w:val="single" w:sz="4" w:space="0" w:color="auto"/>
            </w:tcBorders>
            <w:vAlign w:val="center"/>
          </w:tcPr>
          <w:p w14:paraId="7430BDA6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bottom w:val="single" w:sz="4" w:space="0" w:color="000000"/>
            </w:tcBorders>
            <w:vAlign w:val="center"/>
          </w:tcPr>
          <w:p w14:paraId="0CE89187" w14:textId="77777777" w:rsidR="003303D2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5123A43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0.255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F5F7FF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6DBDD49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1.479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269284B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0.554</w:t>
            </w:r>
          </w:p>
        </w:tc>
      </w:tr>
      <w:tr w:rsidR="003303D2" w14:paraId="5952B560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44EC47" w14:textId="77777777" w:rsidR="003303D2" w:rsidRDefault="00000000">
            <w:pPr>
              <w:spacing w:after="0"/>
            </w:pPr>
            <w:r>
              <w:rPr>
                <w:sz w:val="16"/>
              </w:rPr>
              <w:t>7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14295A27" w14:textId="77777777" w:rsidR="003303D2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1174556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0.684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36FCEB9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1FE7E3C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3.963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1E19A81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0.022*</w:t>
            </w:r>
          </w:p>
        </w:tc>
      </w:tr>
      <w:tr w:rsidR="003303D2" w14:paraId="7B179CC5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55050C19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3DAE0E52" w14:textId="77777777" w:rsidR="003303D2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440" w:type="dxa"/>
            <w:vAlign w:val="center"/>
          </w:tcPr>
          <w:p w14:paraId="5968479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0.229</w:t>
            </w:r>
          </w:p>
        </w:tc>
        <w:tc>
          <w:tcPr>
            <w:tcW w:w="720" w:type="dxa"/>
            <w:vAlign w:val="center"/>
          </w:tcPr>
          <w:p w14:paraId="108E4F1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3E7D98F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1.259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7361697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0.650</w:t>
            </w:r>
          </w:p>
        </w:tc>
      </w:tr>
      <w:tr w:rsidR="003303D2" w14:paraId="18A0A2B2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627BA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4" w:space="0" w:color="000000"/>
            </w:tcBorders>
            <w:vAlign w:val="center"/>
          </w:tcPr>
          <w:p w14:paraId="3F8EF5A5" w14:textId="77777777" w:rsidR="003303D2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6A72841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0.455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6418B2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5B84C84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2.423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1004864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0.215</w:t>
            </w:r>
          </w:p>
        </w:tc>
      </w:tr>
      <w:tr w:rsidR="003303D2" w14:paraId="77D716A7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8E4A06" w14:textId="77777777" w:rsidR="003303D2" w:rsidRDefault="00000000">
            <w:pPr>
              <w:spacing w:after="0"/>
            </w:pPr>
            <w:r>
              <w:rPr>
                <w:sz w:val="16"/>
              </w:rPr>
              <w:t>11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1EBAAD56" w14:textId="77777777" w:rsidR="003303D2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7A9877F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1.174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463EE94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76889C5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6.805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71E1A07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3303D2" w14:paraId="2DD758A5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118D01E0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698DB5EE" w14:textId="77777777" w:rsidR="003303D2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440" w:type="dxa"/>
            <w:vAlign w:val="center"/>
          </w:tcPr>
          <w:p w14:paraId="7C89573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0.737</w:t>
            </w:r>
          </w:p>
        </w:tc>
        <w:tc>
          <w:tcPr>
            <w:tcW w:w="720" w:type="dxa"/>
            <w:vAlign w:val="center"/>
          </w:tcPr>
          <w:p w14:paraId="3BE36DB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1EF5AB4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4.058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51B87E6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0.019*</w:t>
            </w:r>
          </w:p>
        </w:tc>
      </w:tr>
      <w:tr w:rsidR="003303D2" w14:paraId="4F6235C8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707022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4" w:space="0" w:color="000000"/>
            </w:tcBorders>
            <w:vAlign w:val="center"/>
          </w:tcPr>
          <w:p w14:paraId="298A990D" w14:textId="77777777" w:rsidR="003303D2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451E534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0.437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76C9BB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5C9D75D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2.328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1FBDCCB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0.241</w:t>
            </w:r>
          </w:p>
        </w:tc>
      </w:tr>
      <w:tr w:rsidR="003303D2" w14:paraId="44D43191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05B61C31" w14:textId="77777777" w:rsidR="003303D2" w:rsidRDefault="00000000">
            <w:pPr>
              <w:spacing w:after="0"/>
            </w:pPr>
            <w:r>
              <w:rPr>
                <w:sz w:val="16"/>
              </w:rPr>
              <w:t>15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366431CF" w14:textId="77777777" w:rsidR="003303D2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3CD799E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1.215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36382C9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2413E93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7.040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2AE596B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3303D2" w14:paraId="232B7005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1B7E52E8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583F4FD8" w14:textId="77777777" w:rsidR="003303D2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440" w:type="dxa"/>
            <w:vAlign w:val="center"/>
          </w:tcPr>
          <w:p w14:paraId="0FE6E8D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1.176</w:t>
            </w:r>
          </w:p>
        </w:tc>
        <w:tc>
          <w:tcPr>
            <w:tcW w:w="720" w:type="dxa"/>
            <w:vAlign w:val="center"/>
          </w:tcPr>
          <w:p w14:paraId="287F2BA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31B9FA8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6.476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46CC357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3303D2" w14:paraId="1EFB15B0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475313A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8" w:space="0" w:color="000000"/>
            </w:tcBorders>
            <w:vAlign w:val="center"/>
          </w:tcPr>
          <w:p w14:paraId="2EEE6DDD" w14:textId="77777777" w:rsidR="003303D2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0BF9916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0.0387</w:t>
            </w:r>
          </w:p>
        </w:tc>
        <w:tc>
          <w:tcPr>
            <w:tcW w:w="720" w:type="dxa"/>
            <w:tcBorders>
              <w:bottom w:val="single" w:sz="8" w:space="0" w:color="000000"/>
            </w:tcBorders>
            <w:vAlign w:val="center"/>
          </w:tcPr>
          <w:p w14:paraId="004CC9C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  <w:vAlign w:val="center"/>
          </w:tcPr>
          <w:p w14:paraId="1CE5C69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0.206</w:t>
            </w:r>
          </w:p>
        </w:tc>
        <w:tc>
          <w:tcPr>
            <w:tcW w:w="1368" w:type="dxa"/>
            <w:tcBorders>
              <w:bottom w:val="single" w:sz="8" w:space="0" w:color="000000"/>
              <w:right w:val="nil"/>
            </w:tcBorders>
            <w:vAlign w:val="center"/>
          </w:tcPr>
          <w:p w14:paraId="35FF520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0.988</w:t>
            </w:r>
          </w:p>
        </w:tc>
      </w:tr>
    </w:tbl>
    <w:p w14:paraId="217BC26D" w14:textId="77777777" w:rsidR="003303D2" w:rsidRDefault="00000000">
      <w:pPr>
        <w:spacing w:before="80" w:after="40"/>
      </w:pPr>
      <w:r>
        <w:rPr>
          <w:b/>
        </w:rPr>
        <w:t>Fig. 4b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1754"/>
        <w:gridCol w:w="1195"/>
        <w:gridCol w:w="1195"/>
        <w:gridCol w:w="921"/>
        <w:gridCol w:w="1116"/>
        <w:gridCol w:w="1335"/>
        <w:gridCol w:w="848"/>
      </w:tblGrid>
      <w:tr w:rsidR="003303D2" w14:paraId="5640B956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3DE9FFF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EACCFA8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A72797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5A6913D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21EB2A5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EB8237C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93600B9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C68748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0192D2B0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0C12EC77" w14:textId="77777777" w:rsidR="003303D2" w:rsidRDefault="00000000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</w:tcBorders>
            <w:vAlign w:val="center"/>
          </w:tcPr>
          <w:p w14:paraId="4D064B00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05781A9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0.26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6B9FDEC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0.13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6F334C2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2.79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center"/>
          </w:tcPr>
          <w:p w14:paraId="1DFDE47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303270C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0.094</w:t>
            </w:r>
          </w:p>
        </w:tc>
        <w:tc>
          <w:tcPr>
            <w:tcW w:w="864" w:type="dxa"/>
            <w:tcBorders>
              <w:top w:val="single" w:sz="8" w:space="0" w:color="000000"/>
              <w:right w:val="nil"/>
            </w:tcBorders>
            <w:vAlign w:val="center"/>
          </w:tcPr>
          <w:p w14:paraId="1A1DBAC5" w14:textId="3E870C4C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</w:t>
            </w:r>
          </w:p>
        </w:tc>
      </w:tr>
      <w:tr w:rsidR="003303D2" w14:paraId="5F36D17A" w14:textId="77777777" w:rsidTr="00D704AE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78A96979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1640485D" w14:textId="77777777" w:rsidR="003303D2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24" w:type="dxa"/>
            <w:vAlign w:val="center"/>
          </w:tcPr>
          <w:p w14:paraId="3B24CB1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0.02</w:t>
            </w:r>
          </w:p>
        </w:tc>
        <w:tc>
          <w:tcPr>
            <w:tcW w:w="1224" w:type="dxa"/>
            <w:vAlign w:val="center"/>
          </w:tcPr>
          <w:p w14:paraId="0D90DB4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0.007</w:t>
            </w:r>
          </w:p>
        </w:tc>
        <w:tc>
          <w:tcPr>
            <w:tcW w:w="936" w:type="dxa"/>
            <w:vAlign w:val="center"/>
          </w:tcPr>
          <w:p w14:paraId="0938C7B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0.806</w:t>
            </w:r>
          </w:p>
        </w:tc>
        <w:tc>
          <w:tcPr>
            <w:tcW w:w="1152" w:type="dxa"/>
            <w:vAlign w:val="center"/>
          </w:tcPr>
          <w:p w14:paraId="6251EB8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3, 45</w:t>
            </w:r>
          </w:p>
        </w:tc>
        <w:tc>
          <w:tcPr>
            <w:tcW w:w="1368" w:type="dxa"/>
            <w:vAlign w:val="center"/>
          </w:tcPr>
          <w:p w14:paraId="7BC486A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0.497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3D6ED038" w14:textId="381A6A5E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</w:t>
            </w:r>
          </w:p>
        </w:tc>
      </w:tr>
      <w:tr w:rsidR="003303D2" w14:paraId="56590E8B" w14:textId="77777777" w:rsidTr="00D704AE">
        <w:trPr>
          <w:jc w:val="center"/>
        </w:trPr>
        <w:tc>
          <w:tcPr>
            <w:tcW w:w="1296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550F2D0E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left w:val="nil"/>
              <w:bottom w:val="single" w:sz="8" w:space="0" w:color="000000"/>
            </w:tcBorders>
            <w:vAlign w:val="center"/>
          </w:tcPr>
          <w:p w14:paraId="424055F7" w14:textId="77777777" w:rsidR="003303D2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392EC37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0.154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520C904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0.025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4708DA6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2.84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vAlign w:val="center"/>
          </w:tcPr>
          <w:p w14:paraId="39AF61A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6, 45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184150E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0.020*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1CC89717" w14:textId="268C9BEC" w:rsidR="003303D2" w:rsidRPr="00420C1C" w:rsidRDefault="00420C1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</w:t>
            </w:r>
          </w:p>
        </w:tc>
      </w:tr>
    </w:tbl>
    <w:p w14:paraId="318FC563" w14:textId="77777777" w:rsidR="003303D2" w:rsidRDefault="00000000">
      <w:pPr>
        <w:spacing w:before="60" w:after="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2592"/>
        <w:gridCol w:w="1440"/>
        <w:gridCol w:w="720"/>
        <w:gridCol w:w="1080"/>
        <w:gridCol w:w="1368"/>
      </w:tblGrid>
      <w:tr w:rsidR="003303D2" w14:paraId="5ACE1EC0" w14:textId="77777777" w:rsidTr="00D704AE">
        <w:trPr>
          <w:jc w:val="center"/>
        </w:trPr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94271A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Tone</w:t>
            </w:r>
          </w:p>
        </w:tc>
        <w:tc>
          <w:tcPr>
            <w:tcW w:w="2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5ACFCDF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86DA432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40D9F3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FF5F333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97FE703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3303D2" w14:paraId="008A3FC5" w14:textId="77777777" w:rsidTr="00D704AE">
        <w:trPr>
          <w:jc w:val="center"/>
        </w:trPr>
        <w:tc>
          <w:tcPr>
            <w:tcW w:w="1080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07EA296" w14:textId="77777777" w:rsidR="003303D2" w:rsidRDefault="00000000">
            <w:pPr>
              <w:spacing w:after="0"/>
            </w:pPr>
            <w:r>
              <w:rPr>
                <w:sz w:val="16"/>
              </w:rPr>
              <w:t>3 kHz</w:t>
            </w:r>
          </w:p>
        </w:tc>
        <w:tc>
          <w:tcPr>
            <w:tcW w:w="2592" w:type="dxa"/>
            <w:tcBorders>
              <w:top w:val="single" w:sz="8" w:space="0" w:color="000000"/>
              <w:left w:val="nil"/>
            </w:tcBorders>
            <w:vAlign w:val="center"/>
          </w:tcPr>
          <w:p w14:paraId="0530317B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24E6FF1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0.164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vAlign w:val="center"/>
          </w:tcPr>
          <w:p w14:paraId="4CD60E0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vAlign w:val="center"/>
          </w:tcPr>
          <w:p w14:paraId="4AE4B3C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2.818</w:t>
            </w:r>
          </w:p>
        </w:tc>
        <w:tc>
          <w:tcPr>
            <w:tcW w:w="1368" w:type="dxa"/>
            <w:tcBorders>
              <w:top w:val="single" w:sz="8" w:space="0" w:color="000000"/>
              <w:right w:val="nil"/>
            </w:tcBorders>
            <w:vAlign w:val="center"/>
          </w:tcPr>
          <w:p w14:paraId="42D1AA9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0.130</w:t>
            </w:r>
          </w:p>
        </w:tc>
      </w:tr>
      <w:tr w:rsidR="003303D2" w14:paraId="64A57F4F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52BD2508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3D429427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440" w:type="dxa"/>
            <w:vAlign w:val="center"/>
          </w:tcPr>
          <w:p w14:paraId="3E3A5ED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0.0454</w:t>
            </w:r>
          </w:p>
        </w:tc>
        <w:tc>
          <w:tcPr>
            <w:tcW w:w="720" w:type="dxa"/>
            <w:vAlign w:val="center"/>
          </w:tcPr>
          <w:p w14:paraId="6055C45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555ADE3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0.849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1A0C4AF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0.821</w:t>
            </w:r>
          </w:p>
        </w:tc>
      </w:tr>
      <w:tr w:rsidR="003303D2" w14:paraId="6F43809A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C11EAC4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4" w:space="0" w:color="000000"/>
            </w:tcBorders>
            <w:vAlign w:val="center"/>
          </w:tcPr>
          <w:p w14:paraId="16683EB7" w14:textId="77777777" w:rsidR="003303D2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383AC05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0.119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0F14C2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040354C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2.107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0ED728C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0.308</w:t>
            </w:r>
          </w:p>
        </w:tc>
      </w:tr>
      <w:tr w:rsidR="003303D2" w14:paraId="58572FB1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0BA983E4" w14:textId="77777777" w:rsidR="003303D2" w:rsidRDefault="00000000">
            <w:pPr>
              <w:spacing w:after="0"/>
            </w:pPr>
            <w:r>
              <w:rPr>
                <w:sz w:val="16"/>
              </w:rPr>
              <w:t>7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013583B2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7D09EA2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0.166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0069A82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7063A8A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3.099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3A4A882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0.087</w:t>
            </w:r>
          </w:p>
        </w:tc>
      </w:tr>
      <w:tr w:rsidR="003303D2" w14:paraId="1EF44298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23CD711E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1B79613F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440" w:type="dxa"/>
            <w:vAlign w:val="center"/>
          </w:tcPr>
          <w:p w14:paraId="1A945D1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0.105</w:t>
            </w:r>
          </w:p>
        </w:tc>
        <w:tc>
          <w:tcPr>
            <w:tcW w:w="720" w:type="dxa"/>
            <w:vAlign w:val="center"/>
          </w:tcPr>
          <w:p w14:paraId="48C425D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27EC142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1.800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26CCEED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0.420</w:t>
            </w:r>
          </w:p>
        </w:tc>
      </w:tr>
      <w:tr w:rsidR="003303D2" w14:paraId="2765A1B6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AB7E70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4" w:space="0" w:color="000000"/>
            </w:tcBorders>
            <w:vAlign w:val="center"/>
          </w:tcPr>
          <w:p w14:paraId="1D1E5187" w14:textId="77777777" w:rsidR="003303D2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2F2A5C6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0.061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7284D7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302F8FF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1.084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2BB3AFA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0.726</w:t>
            </w:r>
          </w:p>
        </w:tc>
      </w:tr>
      <w:tr w:rsidR="003303D2" w14:paraId="4671AB9B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00F97E04" w14:textId="77777777" w:rsidR="003303D2" w:rsidRDefault="00000000">
            <w:pPr>
              <w:spacing w:after="0"/>
            </w:pPr>
            <w:r>
              <w:rPr>
                <w:sz w:val="16"/>
              </w:rPr>
              <w:t>11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7E640A15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5EE3D56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0.185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657E5C2E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3BA33E6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3.455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009DF2A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0.051</w:t>
            </w:r>
          </w:p>
        </w:tc>
      </w:tr>
      <w:tr w:rsidR="003303D2" w14:paraId="34817A32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11D13E17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2347C310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440" w:type="dxa"/>
            <w:vAlign w:val="center"/>
          </w:tcPr>
          <w:p w14:paraId="1312F3F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0.0418</w:t>
            </w:r>
          </w:p>
        </w:tc>
        <w:tc>
          <w:tcPr>
            <w:tcW w:w="720" w:type="dxa"/>
            <w:vAlign w:val="center"/>
          </w:tcPr>
          <w:p w14:paraId="5925F23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1FCA1D9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0.718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27DF16F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0.868</w:t>
            </w:r>
          </w:p>
        </w:tc>
      </w:tr>
      <w:tr w:rsidR="003303D2" w14:paraId="4FE53C97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6398FED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4" w:space="0" w:color="000000"/>
            </w:tcBorders>
            <w:vAlign w:val="center"/>
          </w:tcPr>
          <w:p w14:paraId="4953670A" w14:textId="77777777" w:rsidR="003303D2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vAlign w:val="center"/>
          </w:tcPr>
          <w:p w14:paraId="1FA4D2B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0.143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1344F0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1EC9BC1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2.539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3C42207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0.186</w:t>
            </w:r>
          </w:p>
        </w:tc>
      </w:tr>
      <w:tr w:rsidR="003303D2" w14:paraId="45C51E87" w14:textId="77777777" w:rsidTr="00D704AE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8525D40" w14:textId="77777777" w:rsidR="003303D2" w:rsidRDefault="00000000">
            <w:pPr>
              <w:spacing w:after="0"/>
            </w:pPr>
            <w:r>
              <w:rPr>
                <w:sz w:val="16"/>
              </w:rPr>
              <w:t>15 kHz</w:t>
            </w:r>
          </w:p>
        </w:tc>
        <w:tc>
          <w:tcPr>
            <w:tcW w:w="2592" w:type="dxa"/>
            <w:tcBorders>
              <w:top w:val="single" w:sz="4" w:space="0" w:color="000000"/>
              <w:left w:val="nil"/>
            </w:tcBorders>
            <w:vAlign w:val="center"/>
          </w:tcPr>
          <w:p w14:paraId="7AD02568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1E37F9B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0.172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6473FA4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50549DD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3.207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59379E6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0.074</w:t>
            </w:r>
          </w:p>
        </w:tc>
      </w:tr>
      <w:tr w:rsidR="003303D2" w14:paraId="621602A0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14:paraId="3630E89A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</w:tcBorders>
            <w:vAlign w:val="center"/>
          </w:tcPr>
          <w:p w14:paraId="0D582155" w14:textId="77777777" w:rsidR="003303D2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440" w:type="dxa"/>
            <w:vAlign w:val="center"/>
          </w:tcPr>
          <w:p w14:paraId="0903750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0.000427</w:t>
            </w:r>
          </w:p>
        </w:tc>
        <w:tc>
          <w:tcPr>
            <w:tcW w:w="720" w:type="dxa"/>
            <w:vAlign w:val="center"/>
          </w:tcPr>
          <w:p w14:paraId="64AC408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3F34C92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0.00734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67166B0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1.000</w:t>
            </w:r>
          </w:p>
        </w:tc>
      </w:tr>
      <w:tr w:rsidR="003303D2" w14:paraId="1434E4F0" w14:textId="77777777" w:rsidTr="00D704AE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16FAEB6" w14:textId="77777777" w:rsidR="003303D2" w:rsidRDefault="003303D2">
            <w:pPr>
              <w:spacing w:after="0"/>
            </w:pPr>
          </w:p>
        </w:tc>
        <w:tc>
          <w:tcPr>
            <w:tcW w:w="2592" w:type="dxa"/>
            <w:tcBorders>
              <w:left w:val="nil"/>
              <w:bottom w:val="single" w:sz="8" w:space="0" w:color="000000"/>
            </w:tcBorders>
            <w:vAlign w:val="center"/>
          </w:tcPr>
          <w:p w14:paraId="348E35E3" w14:textId="77777777" w:rsidR="003303D2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4EB6210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0.171</w:t>
            </w:r>
          </w:p>
        </w:tc>
        <w:tc>
          <w:tcPr>
            <w:tcW w:w="720" w:type="dxa"/>
            <w:tcBorders>
              <w:bottom w:val="single" w:sz="8" w:space="0" w:color="000000"/>
            </w:tcBorders>
            <w:vAlign w:val="center"/>
          </w:tcPr>
          <w:p w14:paraId="3C1DED8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  <w:vAlign w:val="center"/>
          </w:tcPr>
          <w:p w14:paraId="632E76C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3.040</w:t>
            </w:r>
          </w:p>
        </w:tc>
        <w:tc>
          <w:tcPr>
            <w:tcW w:w="1368" w:type="dxa"/>
            <w:tcBorders>
              <w:bottom w:val="single" w:sz="8" w:space="0" w:color="000000"/>
              <w:right w:val="nil"/>
            </w:tcBorders>
            <w:vAlign w:val="center"/>
          </w:tcPr>
          <w:p w14:paraId="088FEAF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0.095</w:t>
            </w:r>
          </w:p>
        </w:tc>
      </w:tr>
    </w:tbl>
    <w:p w14:paraId="4C3F864E" w14:textId="77777777" w:rsidR="003303D2" w:rsidRDefault="00000000">
      <w:pPr>
        <w:spacing w:before="80" w:after="40"/>
        <w:rPr>
          <w:b/>
        </w:rPr>
      </w:pPr>
      <w:r>
        <w:rPr>
          <w:b/>
        </w:rPr>
        <w:t>Fig. 4c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3"/>
        <w:gridCol w:w="1752"/>
        <w:gridCol w:w="1192"/>
        <w:gridCol w:w="1192"/>
        <w:gridCol w:w="928"/>
        <w:gridCol w:w="1112"/>
        <w:gridCol w:w="1338"/>
        <w:gridCol w:w="851"/>
      </w:tblGrid>
      <w:tr w:rsidR="00BE5CD0" w14:paraId="34A0ED71" w14:textId="77777777" w:rsidTr="00B24523">
        <w:trPr>
          <w:jc w:val="center"/>
        </w:trPr>
        <w:tc>
          <w:tcPr>
            <w:tcW w:w="12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2A1AF1" w14:textId="77777777" w:rsidR="00BE5CD0" w:rsidRDefault="00BE5CD0" w:rsidP="004D4328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584979" w14:textId="77777777" w:rsidR="00BE5CD0" w:rsidRDefault="00BE5CD0" w:rsidP="004D4328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B076A18" w14:textId="77777777" w:rsidR="00BE5CD0" w:rsidRDefault="00BE5CD0" w:rsidP="004D4328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67DEAF9" w14:textId="77777777" w:rsidR="00BE5CD0" w:rsidRDefault="00BE5CD0" w:rsidP="004D4328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ABF42D" w14:textId="77777777" w:rsidR="00BE5CD0" w:rsidRDefault="00BE5CD0" w:rsidP="004D4328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AC33226" w14:textId="77777777" w:rsidR="00BE5CD0" w:rsidRDefault="00BE5CD0" w:rsidP="004D4328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D67A070" w14:textId="77777777" w:rsidR="00BE5CD0" w:rsidRDefault="00BE5CD0" w:rsidP="004D4328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B82D137" w14:textId="77777777" w:rsidR="00BE5CD0" w:rsidRDefault="00BE5CD0" w:rsidP="004D4328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BE5CD0" w14:paraId="66321233" w14:textId="77777777" w:rsidTr="00B24523">
        <w:trPr>
          <w:jc w:val="center"/>
        </w:trPr>
        <w:tc>
          <w:tcPr>
            <w:tcW w:w="1283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1CC1E650" w14:textId="77777777" w:rsidR="00BE5CD0" w:rsidRDefault="00BE5CD0" w:rsidP="004D4328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752" w:type="dxa"/>
            <w:tcBorders>
              <w:top w:val="single" w:sz="8" w:space="0" w:color="000000"/>
              <w:left w:val="nil"/>
            </w:tcBorders>
            <w:vAlign w:val="center"/>
          </w:tcPr>
          <w:p w14:paraId="55AD51DE" w14:textId="77777777" w:rsidR="00BE5CD0" w:rsidRDefault="00BE5CD0" w:rsidP="004D4328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192" w:type="dxa"/>
            <w:tcBorders>
              <w:top w:val="single" w:sz="8" w:space="0" w:color="000000"/>
            </w:tcBorders>
            <w:vAlign w:val="center"/>
          </w:tcPr>
          <w:p w14:paraId="752AA470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0.400</w:t>
            </w:r>
          </w:p>
        </w:tc>
        <w:tc>
          <w:tcPr>
            <w:tcW w:w="1192" w:type="dxa"/>
            <w:tcBorders>
              <w:top w:val="single" w:sz="8" w:space="0" w:color="000000"/>
            </w:tcBorders>
            <w:vAlign w:val="center"/>
          </w:tcPr>
          <w:p w14:paraId="7FF34103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0.200</w:t>
            </w:r>
          </w:p>
        </w:tc>
        <w:tc>
          <w:tcPr>
            <w:tcW w:w="928" w:type="dxa"/>
            <w:tcBorders>
              <w:top w:val="single" w:sz="8" w:space="0" w:color="000000"/>
            </w:tcBorders>
            <w:vAlign w:val="center"/>
          </w:tcPr>
          <w:p w14:paraId="321218AF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3.802</w:t>
            </w:r>
          </w:p>
        </w:tc>
        <w:tc>
          <w:tcPr>
            <w:tcW w:w="1112" w:type="dxa"/>
            <w:tcBorders>
              <w:top w:val="single" w:sz="8" w:space="0" w:color="000000"/>
            </w:tcBorders>
            <w:vAlign w:val="center"/>
          </w:tcPr>
          <w:p w14:paraId="7B49D081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38" w:type="dxa"/>
            <w:tcBorders>
              <w:top w:val="single" w:sz="8" w:space="0" w:color="000000"/>
            </w:tcBorders>
            <w:vAlign w:val="center"/>
          </w:tcPr>
          <w:p w14:paraId="59D0EA62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0.046*</w:t>
            </w:r>
          </w:p>
        </w:tc>
        <w:tc>
          <w:tcPr>
            <w:tcW w:w="851" w:type="dxa"/>
            <w:tcBorders>
              <w:top w:val="single" w:sz="8" w:space="0" w:color="000000"/>
              <w:right w:val="nil"/>
            </w:tcBorders>
            <w:vAlign w:val="center"/>
          </w:tcPr>
          <w:p w14:paraId="3EBCA5D1" w14:textId="77777777" w:rsidR="00BE5CD0" w:rsidRPr="00420C1C" w:rsidRDefault="00BE5CD0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0.336</w:t>
            </w:r>
          </w:p>
        </w:tc>
      </w:tr>
      <w:tr w:rsidR="00BE5CD0" w14:paraId="0C53718D" w14:textId="77777777" w:rsidTr="00B24523">
        <w:trPr>
          <w:jc w:val="center"/>
        </w:trPr>
        <w:tc>
          <w:tcPr>
            <w:tcW w:w="1283" w:type="dxa"/>
            <w:tcBorders>
              <w:top w:val="nil"/>
              <w:left w:val="nil"/>
              <w:right w:val="nil"/>
            </w:tcBorders>
            <w:vAlign w:val="center"/>
          </w:tcPr>
          <w:p w14:paraId="29F10F1D" w14:textId="77777777" w:rsidR="00BE5CD0" w:rsidRDefault="00BE5CD0" w:rsidP="004D4328">
            <w:pPr>
              <w:spacing w:after="0"/>
            </w:pPr>
          </w:p>
        </w:tc>
        <w:tc>
          <w:tcPr>
            <w:tcW w:w="1752" w:type="dxa"/>
            <w:tcBorders>
              <w:left w:val="nil"/>
            </w:tcBorders>
            <w:vAlign w:val="center"/>
          </w:tcPr>
          <w:p w14:paraId="1FDD842F" w14:textId="77777777" w:rsidR="00BE5CD0" w:rsidRDefault="00BE5CD0" w:rsidP="004D4328">
            <w:pPr>
              <w:spacing w:after="0"/>
            </w:pPr>
            <w:r>
              <w:rPr>
                <w:sz w:val="16"/>
              </w:rPr>
              <w:t>Condition</w:t>
            </w:r>
          </w:p>
        </w:tc>
        <w:tc>
          <w:tcPr>
            <w:tcW w:w="1192" w:type="dxa"/>
            <w:vAlign w:val="center"/>
          </w:tcPr>
          <w:p w14:paraId="1024BED7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3.983</w:t>
            </w:r>
          </w:p>
        </w:tc>
        <w:tc>
          <w:tcPr>
            <w:tcW w:w="1192" w:type="dxa"/>
            <w:vAlign w:val="center"/>
          </w:tcPr>
          <w:p w14:paraId="6CBA07AF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3.983</w:t>
            </w:r>
          </w:p>
        </w:tc>
        <w:tc>
          <w:tcPr>
            <w:tcW w:w="928" w:type="dxa"/>
            <w:vAlign w:val="center"/>
          </w:tcPr>
          <w:p w14:paraId="37C5ACA7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176.813</w:t>
            </w:r>
          </w:p>
        </w:tc>
        <w:tc>
          <w:tcPr>
            <w:tcW w:w="1112" w:type="dxa"/>
            <w:vAlign w:val="center"/>
          </w:tcPr>
          <w:p w14:paraId="357D41AF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1, 15</w:t>
            </w:r>
          </w:p>
        </w:tc>
        <w:tc>
          <w:tcPr>
            <w:tcW w:w="1338" w:type="dxa"/>
            <w:vAlign w:val="center"/>
          </w:tcPr>
          <w:p w14:paraId="214DA733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14:paraId="3B141416" w14:textId="77777777" w:rsidR="00BE5CD0" w:rsidRPr="00420C1C" w:rsidRDefault="00BE5CD0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0.922</w:t>
            </w:r>
          </w:p>
        </w:tc>
      </w:tr>
      <w:tr w:rsidR="00BE5CD0" w14:paraId="0005BEA7" w14:textId="77777777" w:rsidTr="00B24523">
        <w:trPr>
          <w:jc w:val="center"/>
        </w:trPr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837F4BA" w14:textId="77777777" w:rsidR="00BE5CD0" w:rsidRDefault="00BE5CD0" w:rsidP="004D4328">
            <w:pPr>
              <w:spacing w:after="0"/>
            </w:pPr>
          </w:p>
        </w:tc>
        <w:tc>
          <w:tcPr>
            <w:tcW w:w="1752" w:type="dxa"/>
            <w:tcBorders>
              <w:left w:val="nil"/>
              <w:bottom w:val="single" w:sz="8" w:space="0" w:color="000000"/>
            </w:tcBorders>
            <w:vAlign w:val="center"/>
          </w:tcPr>
          <w:p w14:paraId="15B480DA" w14:textId="77777777" w:rsidR="00BE5CD0" w:rsidRDefault="00BE5CD0" w:rsidP="004D4328">
            <w:pPr>
              <w:spacing w:after="0"/>
            </w:pPr>
            <w:r>
              <w:rPr>
                <w:sz w:val="16"/>
              </w:rPr>
              <w:t>Group x Condition</w:t>
            </w:r>
          </w:p>
        </w:tc>
        <w:tc>
          <w:tcPr>
            <w:tcW w:w="1192" w:type="dxa"/>
            <w:tcBorders>
              <w:bottom w:val="single" w:sz="8" w:space="0" w:color="000000"/>
            </w:tcBorders>
            <w:vAlign w:val="center"/>
          </w:tcPr>
          <w:p w14:paraId="48BFF9A5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0.267</w:t>
            </w:r>
          </w:p>
        </w:tc>
        <w:tc>
          <w:tcPr>
            <w:tcW w:w="1192" w:type="dxa"/>
            <w:tcBorders>
              <w:bottom w:val="single" w:sz="8" w:space="0" w:color="000000"/>
            </w:tcBorders>
            <w:vAlign w:val="center"/>
          </w:tcPr>
          <w:p w14:paraId="07D90F9A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0.133</w:t>
            </w:r>
          </w:p>
        </w:tc>
        <w:tc>
          <w:tcPr>
            <w:tcW w:w="928" w:type="dxa"/>
            <w:tcBorders>
              <w:bottom w:val="single" w:sz="8" w:space="0" w:color="000000"/>
            </w:tcBorders>
            <w:vAlign w:val="center"/>
          </w:tcPr>
          <w:p w14:paraId="2D384690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5.921</w:t>
            </w:r>
          </w:p>
        </w:tc>
        <w:tc>
          <w:tcPr>
            <w:tcW w:w="1112" w:type="dxa"/>
            <w:tcBorders>
              <w:bottom w:val="single" w:sz="8" w:space="0" w:color="000000"/>
            </w:tcBorders>
            <w:vAlign w:val="center"/>
          </w:tcPr>
          <w:p w14:paraId="62F7BDF4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38" w:type="dxa"/>
            <w:tcBorders>
              <w:bottom w:val="single" w:sz="8" w:space="0" w:color="000000"/>
            </w:tcBorders>
            <w:vAlign w:val="center"/>
          </w:tcPr>
          <w:p w14:paraId="553F29F5" w14:textId="77777777" w:rsidR="00BE5CD0" w:rsidRDefault="00BE5CD0" w:rsidP="004D4328">
            <w:pPr>
              <w:spacing w:after="0"/>
              <w:jc w:val="center"/>
            </w:pPr>
            <w:r>
              <w:rPr>
                <w:sz w:val="16"/>
              </w:rPr>
              <w:t>0.013*</w:t>
            </w:r>
          </w:p>
        </w:tc>
        <w:tc>
          <w:tcPr>
            <w:tcW w:w="851" w:type="dxa"/>
            <w:tcBorders>
              <w:bottom w:val="single" w:sz="8" w:space="0" w:color="000000"/>
              <w:right w:val="nil"/>
            </w:tcBorders>
            <w:vAlign w:val="center"/>
          </w:tcPr>
          <w:p w14:paraId="7339808E" w14:textId="77777777" w:rsidR="00BE5CD0" w:rsidRPr="00420C1C" w:rsidRDefault="00BE5CD0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0.441</w:t>
            </w:r>
          </w:p>
        </w:tc>
      </w:tr>
    </w:tbl>
    <w:p w14:paraId="4D7D2237" w14:textId="77777777" w:rsidR="00B24523" w:rsidRDefault="00B24523" w:rsidP="00B24523">
      <w:pPr>
        <w:spacing w:before="60" w:after="0"/>
      </w:pPr>
      <w:r>
        <w:rPr>
          <w:b/>
          <w:sz w:val="16"/>
        </w:rPr>
        <w:t>Tukey post hoc comparisons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664"/>
        <w:gridCol w:w="1656"/>
        <w:gridCol w:w="720"/>
        <w:gridCol w:w="1080"/>
        <w:gridCol w:w="1368"/>
      </w:tblGrid>
      <w:tr w:rsidR="00B24523" w14:paraId="38919CFA" w14:textId="77777777" w:rsidTr="004D4328">
        <w:trPr>
          <w:jc w:val="center"/>
        </w:trPr>
        <w:tc>
          <w:tcPr>
            <w:tcW w:w="19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4966D9F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9F85E34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842CAE1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56DF958" w14:textId="77777777" w:rsidR="00B24523" w:rsidRDefault="00B24523" w:rsidP="004D4328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7039C7B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096E9BD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B24523" w14:paraId="7C30CECA" w14:textId="77777777" w:rsidTr="004D4328">
        <w:trPr>
          <w:jc w:val="center"/>
        </w:trPr>
        <w:tc>
          <w:tcPr>
            <w:tcW w:w="1944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453FE7D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</w:tcBorders>
            <w:vAlign w:val="center"/>
          </w:tcPr>
          <w:p w14:paraId="3FADA07C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tcBorders>
              <w:top w:val="single" w:sz="8" w:space="0" w:color="000000"/>
            </w:tcBorders>
            <w:vAlign w:val="center"/>
          </w:tcPr>
          <w:p w14:paraId="02F2812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0.862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vAlign w:val="center"/>
          </w:tcPr>
          <w:p w14:paraId="2C5263C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vAlign w:val="center"/>
          </w:tcPr>
          <w:p w14:paraId="6FCBA21D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15.238</w:t>
            </w:r>
          </w:p>
        </w:tc>
        <w:tc>
          <w:tcPr>
            <w:tcW w:w="1368" w:type="dxa"/>
            <w:tcBorders>
              <w:top w:val="single" w:sz="8" w:space="0" w:color="000000"/>
              <w:right w:val="nil"/>
            </w:tcBorders>
            <w:vAlign w:val="center"/>
          </w:tcPr>
          <w:p w14:paraId="72171FED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B24523" w14:paraId="0BBC6431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right w:val="nil"/>
            </w:tcBorders>
            <w:vAlign w:val="center"/>
          </w:tcPr>
          <w:p w14:paraId="777A19C9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223C1E58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vAlign w:val="center"/>
          </w:tcPr>
          <w:p w14:paraId="7764E63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0.696</w:t>
            </w:r>
          </w:p>
        </w:tc>
        <w:tc>
          <w:tcPr>
            <w:tcW w:w="720" w:type="dxa"/>
            <w:vAlign w:val="center"/>
          </w:tcPr>
          <w:p w14:paraId="74E0BA6C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6C5CB78B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10.361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3BFA488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B24523" w14:paraId="5270D638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55C71C8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within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5685F88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6C9BF19C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0.457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590F21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14A374E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7.429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5DC7BB7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B24523" w14:paraId="693E2A6B" w14:textId="77777777" w:rsidTr="004D4328">
        <w:trPr>
          <w:jc w:val="center"/>
        </w:trPr>
        <w:tc>
          <w:tcPr>
            <w:tcW w:w="194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DD70F70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2664" w:type="dxa"/>
            <w:tcBorders>
              <w:top w:val="single" w:sz="4" w:space="0" w:color="000000"/>
              <w:left w:val="nil"/>
            </w:tcBorders>
            <w:vAlign w:val="center"/>
          </w:tcPr>
          <w:p w14:paraId="4E782782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CS+15 vs.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</w:tcBorders>
            <w:vAlign w:val="center"/>
          </w:tcPr>
          <w:p w14:paraId="72908EAD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0.045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2EBE64A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59274FF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0.684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5433FB5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0.880</w:t>
            </w:r>
          </w:p>
        </w:tc>
      </w:tr>
      <w:tr w:rsidR="00B24523" w14:paraId="72510626" w14:textId="77777777" w:rsidTr="004D4328">
        <w:trPr>
          <w:jc w:val="center"/>
        </w:trPr>
        <w:tc>
          <w:tcPr>
            <w:tcW w:w="1944" w:type="dxa"/>
            <w:tcBorders>
              <w:left w:val="nil"/>
              <w:right w:val="nil"/>
            </w:tcBorders>
            <w:vAlign w:val="center"/>
          </w:tcPr>
          <w:p w14:paraId="10EE47B4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20418F6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56" w:type="dxa"/>
            <w:vAlign w:val="center"/>
          </w:tcPr>
          <w:p w14:paraId="0E26E8B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0.054</w:t>
            </w:r>
          </w:p>
        </w:tc>
        <w:tc>
          <w:tcPr>
            <w:tcW w:w="720" w:type="dxa"/>
            <w:vAlign w:val="center"/>
          </w:tcPr>
          <w:p w14:paraId="05BA71DA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5CAE629A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0.779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2909A6C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0.848</w:t>
            </w:r>
          </w:p>
        </w:tc>
      </w:tr>
      <w:tr w:rsidR="00B24523" w14:paraId="021DA50C" w14:textId="77777777" w:rsidTr="004D4328">
        <w:trPr>
          <w:jc w:val="center"/>
        </w:trPr>
        <w:tc>
          <w:tcPr>
            <w:tcW w:w="194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965CD6D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41869E8C" w14:textId="77777777" w:rsidR="00B24523" w:rsidRDefault="00B24523" w:rsidP="004D4328">
            <w:pPr>
              <w:spacing w:after="0"/>
            </w:pPr>
            <w:proofErr w:type="spellStart"/>
            <w:r>
              <w:rPr>
                <w:sz w:val="16"/>
              </w:rPr>
              <w:t>Nonshock</w:t>
            </w:r>
            <w:proofErr w:type="spellEnd"/>
            <w:r>
              <w:rPr>
                <w:sz w:val="16"/>
              </w:rPr>
              <w:t xml:space="preserve"> vs. CS+3</w:t>
            </w:r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647D336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0.009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22AE33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325CAB0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0.125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2819D56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0.996</w:t>
            </w:r>
          </w:p>
        </w:tc>
      </w:tr>
      <w:tr w:rsidR="00B24523" w14:paraId="62A89EBA" w14:textId="77777777" w:rsidTr="004D4328">
        <w:trPr>
          <w:jc w:val="center"/>
        </w:trPr>
        <w:tc>
          <w:tcPr>
            <w:tcW w:w="194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65166CB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2664" w:type="dxa"/>
            <w:tcBorders>
              <w:top w:val="single" w:sz="4" w:space="0" w:color="000000"/>
              <w:left w:val="nil"/>
            </w:tcBorders>
            <w:vAlign w:val="center"/>
          </w:tcPr>
          <w:p w14:paraId="3BE164BF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CS+15 vs.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</w:tcBorders>
            <w:vAlign w:val="center"/>
          </w:tcPr>
          <w:p w14:paraId="50E2CC8D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0.451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27CE1CE8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2937C86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5.271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5C0FBBE8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0.005**</w:t>
            </w:r>
          </w:p>
        </w:tc>
      </w:tr>
      <w:tr w:rsidR="00B24523" w14:paraId="63340EE0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right w:val="nil"/>
            </w:tcBorders>
            <w:vAlign w:val="center"/>
          </w:tcPr>
          <w:p w14:paraId="79DE318A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5C1F718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56" w:type="dxa"/>
            <w:vAlign w:val="center"/>
          </w:tcPr>
          <w:p w14:paraId="3D52D4DB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0.221</w:t>
            </w:r>
          </w:p>
        </w:tc>
        <w:tc>
          <w:tcPr>
            <w:tcW w:w="720" w:type="dxa"/>
            <w:vAlign w:val="center"/>
          </w:tcPr>
          <w:p w14:paraId="2DBCB1B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3AFAC9B8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2.461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4219649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0.223</w:t>
            </w:r>
          </w:p>
        </w:tc>
      </w:tr>
      <w:tr w:rsidR="00B24523" w14:paraId="0752949C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F2B9F69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278F5889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CS+3 vs.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41444DF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0.230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470FB63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2D68F74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2.483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2EE44C5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0.218</w:t>
            </w:r>
          </w:p>
        </w:tc>
      </w:tr>
    </w:tbl>
    <w:p w14:paraId="30502708" w14:textId="77777777" w:rsidR="003303D2" w:rsidRDefault="00000000">
      <w:pPr>
        <w:spacing w:before="80" w:after="40"/>
      </w:pPr>
      <w:r>
        <w:rPr>
          <w:b/>
        </w:rPr>
        <w:t>Fig. 4d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5"/>
        <w:gridCol w:w="1752"/>
        <w:gridCol w:w="1202"/>
        <w:gridCol w:w="1198"/>
        <w:gridCol w:w="920"/>
        <w:gridCol w:w="1114"/>
        <w:gridCol w:w="1330"/>
        <w:gridCol w:w="847"/>
      </w:tblGrid>
      <w:tr w:rsidR="003303D2" w14:paraId="0A9A586C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DF61CB3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5B7BABF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484024F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597122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D55F66C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5DB7B9A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21B237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7BEB7B5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32773024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right w:val="nil"/>
            </w:tcBorders>
            <w:vAlign w:val="center"/>
          </w:tcPr>
          <w:p w14:paraId="5E3EED84" w14:textId="31DD6929" w:rsidR="003303D2" w:rsidRDefault="00420C1C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</w:tcBorders>
            <w:vAlign w:val="center"/>
          </w:tcPr>
          <w:p w14:paraId="2F2AC954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177A765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156.357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501A540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78.178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1D1740E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1.166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center"/>
          </w:tcPr>
          <w:p w14:paraId="2021B10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4790AAC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0.336</w:t>
            </w:r>
          </w:p>
        </w:tc>
        <w:tc>
          <w:tcPr>
            <w:tcW w:w="864" w:type="dxa"/>
            <w:tcBorders>
              <w:top w:val="single" w:sz="8" w:space="0" w:color="000000"/>
            </w:tcBorders>
            <w:vAlign w:val="center"/>
          </w:tcPr>
          <w:p w14:paraId="13F4D40A" w14:textId="51AE8A06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0.13</w:t>
            </w:r>
          </w:p>
        </w:tc>
      </w:tr>
      <w:tr w:rsidR="003303D2" w14:paraId="13F59414" w14:textId="77777777" w:rsidTr="00BE5CD0">
        <w:trPr>
          <w:jc w:val="center"/>
        </w:trPr>
        <w:tc>
          <w:tcPr>
            <w:tcW w:w="1296" w:type="dxa"/>
            <w:tcBorders>
              <w:top w:val="nil"/>
              <w:right w:val="nil"/>
            </w:tcBorders>
            <w:vAlign w:val="center"/>
          </w:tcPr>
          <w:p w14:paraId="217EAAE0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136E0608" w14:textId="77777777" w:rsidR="003303D2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24" w:type="dxa"/>
            <w:vAlign w:val="center"/>
          </w:tcPr>
          <w:p w14:paraId="7EEA0C4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17.999</w:t>
            </w:r>
          </w:p>
        </w:tc>
        <w:tc>
          <w:tcPr>
            <w:tcW w:w="1224" w:type="dxa"/>
            <w:vAlign w:val="center"/>
          </w:tcPr>
          <w:p w14:paraId="73E6533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68.24</w:t>
            </w:r>
          </w:p>
        </w:tc>
        <w:tc>
          <w:tcPr>
            <w:tcW w:w="936" w:type="dxa"/>
            <w:vAlign w:val="center"/>
          </w:tcPr>
          <w:p w14:paraId="66143BC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0.174</w:t>
            </w:r>
          </w:p>
        </w:tc>
        <w:tc>
          <w:tcPr>
            <w:tcW w:w="1152" w:type="dxa"/>
            <w:vAlign w:val="center"/>
          </w:tcPr>
          <w:p w14:paraId="31461B6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2, 26</w:t>
            </w:r>
          </w:p>
        </w:tc>
        <w:tc>
          <w:tcPr>
            <w:tcW w:w="1368" w:type="dxa"/>
            <w:vAlign w:val="center"/>
          </w:tcPr>
          <w:p w14:paraId="6997388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0.842</w:t>
            </w:r>
          </w:p>
        </w:tc>
        <w:tc>
          <w:tcPr>
            <w:tcW w:w="864" w:type="dxa"/>
            <w:vAlign w:val="center"/>
          </w:tcPr>
          <w:p w14:paraId="695F9C21" w14:textId="07A508FC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0.01</w:t>
            </w:r>
          </w:p>
        </w:tc>
      </w:tr>
      <w:tr w:rsidR="003303D2" w14:paraId="36134A9D" w14:textId="77777777" w:rsidTr="00BE5CD0">
        <w:trPr>
          <w:jc w:val="center"/>
        </w:trPr>
        <w:tc>
          <w:tcPr>
            <w:tcW w:w="1296" w:type="dxa"/>
            <w:tcBorders>
              <w:top w:val="nil"/>
              <w:bottom w:val="single" w:sz="8" w:space="0" w:color="000000"/>
              <w:right w:val="nil"/>
            </w:tcBorders>
            <w:vAlign w:val="center"/>
          </w:tcPr>
          <w:p w14:paraId="4F3E80EE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left w:val="nil"/>
              <w:bottom w:val="single" w:sz="8" w:space="0" w:color="000000"/>
            </w:tcBorders>
            <w:vAlign w:val="center"/>
          </w:tcPr>
          <w:p w14:paraId="2BE5171C" w14:textId="77777777" w:rsidR="003303D2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0EB44F3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106.236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364E98E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26.559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004C1C0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0.512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vAlign w:val="center"/>
          </w:tcPr>
          <w:p w14:paraId="02DAF62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4, 26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252315C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0.727</w:t>
            </w:r>
          </w:p>
        </w:tc>
        <w:tc>
          <w:tcPr>
            <w:tcW w:w="864" w:type="dxa"/>
            <w:tcBorders>
              <w:bottom w:val="single" w:sz="8" w:space="0" w:color="000000"/>
            </w:tcBorders>
            <w:vAlign w:val="center"/>
          </w:tcPr>
          <w:p w14:paraId="4E0878E8" w14:textId="618957BB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0.07</w:t>
            </w:r>
          </w:p>
        </w:tc>
      </w:tr>
    </w:tbl>
    <w:p w14:paraId="1D22419A" w14:textId="77777777" w:rsidR="003303D2" w:rsidRDefault="00000000">
      <w:pPr>
        <w:spacing w:before="120" w:after="40"/>
      </w:pPr>
      <w:r>
        <w:rPr>
          <w:b/>
          <w:sz w:val="21"/>
        </w:rPr>
        <w:t>Negative modulated cells</w:t>
      </w:r>
    </w:p>
    <w:p w14:paraId="463B7F3F" w14:textId="77777777" w:rsidR="003303D2" w:rsidRDefault="00000000">
      <w:pPr>
        <w:spacing w:before="80" w:after="40"/>
      </w:pPr>
      <w:r>
        <w:rPr>
          <w:b/>
        </w:rPr>
        <w:t>Fig. 4e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5"/>
        <w:gridCol w:w="1759"/>
        <w:gridCol w:w="1194"/>
        <w:gridCol w:w="1198"/>
        <w:gridCol w:w="920"/>
        <w:gridCol w:w="1114"/>
        <w:gridCol w:w="1331"/>
        <w:gridCol w:w="847"/>
      </w:tblGrid>
      <w:tr w:rsidR="003303D2" w14:paraId="0AD72FEA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8D669B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2A63688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D86BA61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4A8CCD8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C73762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A49E4B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159681A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DFBAAE1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5BA291CD" w14:textId="77777777" w:rsidTr="00D704AE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</w:tcBorders>
            <w:vAlign w:val="center"/>
          </w:tcPr>
          <w:p w14:paraId="7C55E3FE" w14:textId="37FA2B24" w:rsidR="003303D2" w:rsidRDefault="00420C1C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vAlign w:val="center"/>
          </w:tcPr>
          <w:p w14:paraId="06188C20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76C45D0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0.135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663282C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0.0677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3ACF077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0.968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center"/>
          </w:tcPr>
          <w:p w14:paraId="335D786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23E0048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0.402</w:t>
            </w:r>
          </w:p>
        </w:tc>
        <w:tc>
          <w:tcPr>
            <w:tcW w:w="864" w:type="dxa"/>
            <w:tcBorders>
              <w:top w:val="single" w:sz="8" w:space="0" w:color="000000"/>
              <w:right w:val="nil"/>
            </w:tcBorders>
            <w:vAlign w:val="center"/>
          </w:tcPr>
          <w:p w14:paraId="641A2FA4" w14:textId="6DAA1375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0.11</w:t>
            </w:r>
          </w:p>
        </w:tc>
      </w:tr>
      <w:tr w:rsidR="003303D2" w14:paraId="1661B697" w14:textId="77777777" w:rsidTr="00D704AE">
        <w:trPr>
          <w:jc w:val="center"/>
        </w:trPr>
        <w:tc>
          <w:tcPr>
            <w:tcW w:w="1296" w:type="dxa"/>
            <w:tcBorders>
              <w:left w:val="nil"/>
            </w:tcBorders>
            <w:vAlign w:val="center"/>
          </w:tcPr>
          <w:p w14:paraId="06C03C8B" w14:textId="77777777" w:rsidR="003303D2" w:rsidRDefault="003303D2">
            <w:pPr>
              <w:spacing w:after="0"/>
            </w:pPr>
          </w:p>
        </w:tc>
        <w:tc>
          <w:tcPr>
            <w:tcW w:w="1800" w:type="dxa"/>
            <w:vAlign w:val="center"/>
          </w:tcPr>
          <w:p w14:paraId="17DF5686" w14:textId="77777777" w:rsidR="003303D2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6E0704B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0.101</w:t>
            </w:r>
          </w:p>
        </w:tc>
        <w:tc>
          <w:tcPr>
            <w:tcW w:w="1224" w:type="dxa"/>
            <w:vAlign w:val="center"/>
          </w:tcPr>
          <w:p w14:paraId="1E4D60A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0.0336</w:t>
            </w:r>
          </w:p>
        </w:tc>
        <w:tc>
          <w:tcPr>
            <w:tcW w:w="936" w:type="dxa"/>
            <w:vAlign w:val="center"/>
          </w:tcPr>
          <w:p w14:paraId="19820E6F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1.453</w:t>
            </w:r>
          </w:p>
        </w:tc>
        <w:tc>
          <w:tcPr>
            <w:tcW w:w="1152" w:type="dxa"/>
            <w:vAlign w:val="center"/>
          </w:tcPr>
          <w:p w14:paraId="2D70866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3, 44</w:t>
            </w:r>
          </w:p>
        </w:tc>
        <w:tc>
          <w:tcPr>
            <w:tcW w:w="1368" w:type="dxa"/>
            <w:vAlign w:val="center"/>
          </w:tcPr>
          <w:p w14:paraId="50E0DB3C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0.240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5D476104" w14:textId="062765DD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0.09</w:t>
            </w:r>
          </w:p>
        </w:tc>
      </w:tr>
      <w:tr w:rsidR="003303D2" w14:paraId="42469441" w14:textId="77777777" w:rsidTr="00D704AE">
        <w:trPr>
          <w:jc w:val="center"/>
        </w:trPr>
        <w:tc>
          <w:tcPr>
            <w:tcW w:w="1296" w:type="dxa"/>
            <w:tcBorders>
              <w:left w:val="nil"/>
              <w:bottom w:val="single" w:sz="8" w:space="0" w:color="000000"/>
            </w:tcBorders>
            <w:vAlign w:val="center"/>
          </w:tcPr>
          <w:p w14:paraId="3DA6740E" w14:textId="77777777" w:rsidR="003303D2" w:rsidRDefault="003303D2">
            <w:pPr>
              <w:spacing w:after="0"/>
            </w:pPr>
          </w:p>
        </w:tc>
        <w:tc>
          <w:tcPr>
            <w:tcW w:w="1800" w:type="dxa"/>
            <w:tcBorders>
              <w:bottom w:val="single" w:sz="8" w:space="0" w:color="000000"/>
            </w:tcBorders>
            <w:vAlign w:val="center"/>
          </w:tcPr>
          <w:p w14:paraId="35BF1594" w14:textId="24741B9B" w:rsidR="003303D2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420C1C">
              <w:rPr>
                <w:sz w:val="16"/>
              </w:rPr>
              <w:t>Frequency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7EAB961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0.072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17AA13E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0.012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72CB32A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0.519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vAlign w:val="center"/>
          </w:tcPr>
          <w:p w14:paraId="78631C6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6, 44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0D45F02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0.791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4F1A62A1" w14:textId="62C59BC9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0.07</w:t>
            </w:r>
          </w:p>
        </w:tc>
      </w:tr>
    </w:tbl>
    <w:p w14:paraId="28B24C52" w14:textId="77777777" w:rsidR="003303D2" w:rsidRDefault="00000000">
      <w:pPr>
        <w:spacing w:before="80" w:after="40"/>
      </w:pPr>
      <w:r>
        <w:rPr>
          <w:b/>
        </w:rPr>
        <w:t>Fig. 4f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5"/>
        <w:gridCol w:w="1759"/>
        <w:gridCol w:w="1194"/>
        <w:gridCol w:w="1198"/>
        <w:gridCol w:w="920"/>
        <w:gridCol w:w="1114"/>
        <w:gridCol w:w="1331"/>
        <w:gridCol w:w="847"/>
      </w:tblGrid>
      <w:tr w:rsidR="003303D2" w14:paraId="154D8265" w14:textId="77777777" w:rsidTr="00B24523">
        <w:trPr>
          <w:jc w:val="center"/>
        </w:trPr>
        <w:tc>
          <w:tcPr>
            <w:tcW w:w="12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B269CEF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7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5F7109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805BE9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A52B403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1D0C40A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0FD6B28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04A7DD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EA89AF5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1CCE6D09" w14:textId="77777777" w:rsidTr="00B24523">
        <w:trPr>
          <w:jc w:val="center"/>
        </w:trPr>
        <w:tc>
          <w:tcPr>
            <w:tcW w:w="1285" w:type="dxa"/>
            <w:tcBorders>
              <w:top w:val="single" w:sz="8" w:space="0" w:color="000000"/>
              <w:left w:val="nil"/>
            </w:tcBorders>
            <w:vAlign w:val="center"/>
          </w:tcPr>
          <w:p w14:paraId="59902AEA" w14:textId="5F2C9DAE" w:rsidR="003303D2" w:rsidRDefault="00420C1C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759" w:type="dxa"/>
            <w:tcBorders>
              <w:top w:val="single" w:sz="8" w:space="0" w:color="000000"/>
            </w:tcBorders>
            <w:vAlign w:val="center"/>
          </w:tcPr>
          <w:p w14:paraId="0ACB4521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194" w:type="dxa"/>
            <w:tcBorders>
              <w:top w:val="single" w:sz="8" w:space="0" w:color="000000"/>
            </w:tcBorders>
            <w:vAlign w:val="center"/>
          </w:tcPr>
          <w:p w14:paraId="3327A89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1.038</w:t>
            </w:r>
          </w:p>
        </w:tc>
        <w:tc>
          <w:tcPr>
            <w:tcW w:w="1198" w:type="dxa"/>
            <w:tcBorders>
              <w:top w:val="single" w:sz="8" w:space="0" w:color="000000"/>
            </w:tcBorders>
            <w:vAlign w:val="center"/>
          </w:tcPr>
          <w:p w14:paraId="137BFCD5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0.519</w:t>
            </w:r>
          </w:p>
        </w:tc>
        <w:tc>
          <w:tcPr>
            <w:tcW w:w="920" w:type="dxa"/>
            <w:tcBorders>
              <w:top w:val="single" w:sz="8" w:space="0" w:color="000000"/>
            </w:tcBorders>
            <w:vAlign w:val="center"/>
          </w:tcPr>
          <w:p w14:paraId="169F258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3.066</w:t>
            </w:r>
          </w:p>
        </w:tc>
        <w:tc>
          <w:tcPr>
            <w:tcW w:w="1114" w:type="dxa"/>
            <w:tcBorders>
              <w:top w:val="single" w:sz="8" w:space="0" w:color="000000"/>
            </w:tcBorders>
            <w:vAlign w:val="center"/>
          </w:tcPr>
          <w:p w14:paraId="726FCE6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31" w:type="dxa"/>
            <w:tcBorders>
              <w:top w:val="single" w:sz="8" w:space="0" w:color="000000"/>
            </w:tcBorders>
            <w:vAlign w:val="center"/>
          </w:tcPr>
          <w:p w14:paraId="464E839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0.076</w:t>
            </w:r>
          </w:p>
        </w:tc>
        <w:tc>
          <w:tcPr>
            <w:tcW w:w="847" w:type="dxa"/>
            <w:tcBorders>
              <w:top w:val="single" w:sz="8" w:space="0" w:color="000000"/>
              <w:right w:val="nil"/>
            </w:tcBorders>
            <w:vAlign w:val="center"/>
          </w:tcPr>
          <w:p w14:paraId="4D1AEBA1" w14:textId="5904919B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0.29</w:t>
            </w:r>
          </w:p>
        </w:tc>
      </w:tr>
      <w:tr w:rsidR="003303D2" w14:paraId="2457C399" w14:textId="77777777" w:rsidTr="00B24523">
        <w:trPr>
          <w:jc w:val="center"/>
        </w:trPr>
        <w:tc>
          <w:tcPr>
            <w:tcW w:w="1285" w:type="dxa"/>
            <w:tcBorders>
              <w:left w:val="nil"/>
            </w:tcBorders>
            <w:vAlign w:val="center"/>
          </w:tcPr>
          <w:p w14:paraId="3639BB2D" w14:textId="77777777" w:rsidR="003303D2" w:rsidRDefault="003303D2">
            <w:pPr>
              <w:spacing w:after="0"/>
            </w:pPr>
          </w:p>
        </w:tc>
        <w:tc>
          <w:tcPr>
            <w:tcW w:w="1759" w:type="dxa"/>
            <w:vAlign w:val="center"/>
          </w:tcPr>
          <w:p w14:paraId="5FCE7D12" w14:textId="77777777" w:rsidR="003303D2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194" w:type="dxa"/>
            <w:vAlign w:val="center"/>
          </w:tcPr>
          <w:p w14:paraId="0FA0FF92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0.141</w:t>
            </w:r>
          </w:p>
        </w:tc>
        <w:tc>
          <w:tcPr>
            <w:tcW w:w="1198" w:type="dxa"/>
            <w:vAlign w:val="center"/>
          </w:tcPr>
          <w:p w14:paraId="2E794A5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0.0471</w:t>
            </w:r>
          </w:p>
        </w:tc>
        <w:tc>
          <w:tcPr>
            <w:tcW w:w="920" w:type="dxa"/>
            <w:vAlign w:val="center"/>
          </w:tcPr>
          <w:p w14:paraId="7E25142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0.399</w:t>
            </w:r>
          </w:p>
        </w:tc>
        <w:tc>
          <w:tcPr>
            <w:tcW w:w="1114" w:type="dxa"/>
            <w:vAlign w:val="center"/>
          </w:tcPr>
          <w:p w14:paraId="6F836A1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3, 44</w:t>
            </w:r>
          </w:p>
        </w:tc>
        <w:tc>
          <w:tcPr>
            <w:tcW w:w="1331" w:type="dxa"/>
            <w:vAlign w:val="center"/>
          </w:tcPr>
          <w:p w14:paraId="1F89141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0.754</w:t>
            </w:r>
          </w:p>
        </w:tc>
        <w:tc>
          <w:tcPr>
            <w:tcW w:w="847" w:type="dxa"/>
            <w:tcBorders>
              <w:right w:val="nil"/>
            </w:tcBorders>
            <w:vAlign w:val="center"/>
          </w:tcPr>
          <w:p w14:paraId="68D3E727" w14:textId="37537A57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0.03</w:t>
            </w:r>
          </w:p>
        </w:tc>
      </w:tr>
      <w:tr w:rsidR="003303D2" w14:paraId="07E1877E" w14:textId="77777777" w:rsidTr="00B24523">
        <w:trPr>
          <w:jc w:val="center"/>
        </w:trPr>
        <w:tc>
          <w:tcPr>
            <w:tcW w:w="1285" w:type="dxa"/>
            <w:tcBorders>
              <w:left w:val="nil"/>
              <w:bottom w:val="single" w:sz="8" w:space="0" w:color="000000"/>
            </w:tcBorders>
            <w:vAlign w:val="center"/>
          </w:tcPr>
          <w:p w14:paraId="55F784CB" w14:textId="77777777" w:rsidR="003303D2" w:rsidRDefault="003303D2">
            <w:pPr>
              <w:spacing w:after="0"/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vAlign w:val="center"/>
          </w:tcPr>
          <w:p w14:paraId="13AE5324" w14:textId="4BE255A2" w:rsidR="003303D2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420C1C">
              <w:rPr>
                <w:sz w:val="16"/>
              </w:rPr>
              <w:t>Frequency</w:t>
            </w:r>
          </w:p>
        </w:tc>
        <w:tc>
          <w:tcPr>
            <w:tcW w:w="1194" w:type="dxa"/>
            <w:tcBorders>
              <w:bottom w:val="single" w:sz="8" w:space="0" w:color="000000"/>
            </w:tcBorders>
            <w:vAlign w:val="center"/>
          </w:tcPr>
          <w:p w14:paraId="21B8351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0.468</w:t>
            </w:r>
          </w:p>
        </w:tc>
        <w:tc>
          <w:tcPr>
            <w:tcW w:w="1198" w:type="dxa"/>
            <w:tcBorders>
              <w:bottom w:val="single" w:sz="8" w:space="0" w:color="000000"/>
            </w:tcBorders>
            <w:vAlign w:val="center"/>
          </w:tcPr>
          <w:p w14:paraId="32D88E5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0.0779</w:t>
            </w:r>
          </w:p>
        </w:tc>
        <w:tc>
          <w:tcPr>
            <w:tcW w:w="920" w:type="dxa"/>
            <w:tcBorders>
              <w:bottom w:val="single" w:sz="8" w:space="0" w:color="000000"/>
            </w:tcBorders>
            <w:vAlign w:val="center"/>
          </w:tcPr>
          <w:p w14:paraId="38DA60A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0.661</w:t>
            </w:r>
          </w:p>
        </w:tc>
        <w:tc>
          <w:tcPr>
            <w:tcW w:w="1114" w:type="dxa"/>
            <w:tcBorders>
              <w:bottom w:val="single" w:sz="8" w:space="0" w:color="000000"/>
            </w:tcBorders>
            <w:vAlign w:val="center"/>
          </w:tcPr>
          <w:p w14:paraId="2CBB8CFD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6, 44</w:t>
            </w:r>
          </w:p>
        </w:tc>
        <w:tc>
          <w:tcPr>
            <w:tcW w:w="1331" w:type="dxa"/>
            <w:tcBorders>
              <w:bottom w:val="single" w:sz="8" w:space="0" w:color="000000"/>
            </w:tcBorders>
            <w:vAlign w:val="center"/>
          </w:tcPr>
          <w:p w14:paraId="321C8BF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0.681</w:t>
            </w:r>
          </w:p>
        </w:tc>
        <w:tc>
          <w:tcPr>
            <w:tcW w:w="847" w:type="dxa"/>
            <w:tcBorders>
              <w:bottom w:val="single" w:sz="8" w:space="0" w:color="000000"/>
              <w:right w:val="nil"/>
            </w:tcBorders>
            <w:vAlign w:val="center"/>
          </w:tcPr>
          <w:p w14:paraId="0C327C91" w14:textId="2C5FEBD7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0.08</w:t>
            </w:r>
          </w:p>
        </w:tc>
      </w:tr>
    </w:tbl>
    <w:p w14:paraId="5B905418" w14:textId="1FAAF66B" w:rsidR="00B24523" w:rsidRDefault="00B24523" w:rsidP="00B24523">
      <w:pPr>
        <w:spacing w:before="80" w:after="40"/>
      </w:pPr>
      <w:r>
        <w:rPr>
          <w:b/>
        </w:rPr>
        <w:t>Fig. 4g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1753"/>
        <w:gridCol w:w="1192"/>
        <w:gridCol w:w="1193"/>
        <w:gridCol w:w="924"/>
        <w:gridCol w:w="1112"/>
        <w:gridCol w:w="1339"/>
        <w:gridCol w:w="851"/>
      </w:tblGrid>
      <w:tr w:rsidR="00B24523" w14:paraId="40570377" w14:textId="77777777" w:rsidTr="004D4328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F7094A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22C3D4B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6381ED0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2031716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998BC6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C93EA2B" w14:textId="77777777" w:rsidR="00B24523" w:rsidRDefault="00B24523" w:rsidP="004D4328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8B5927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9E7E55E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B24523" w14:paraId="14783B2F" w14:textId="77777777" w:rsidTr="004D4328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652CCE89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</w:tcBorders>
            <w:vAlign w:val="center"/>
          </w:tcPr>
          <w:p w14:paraId="02FC439A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22BA18A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0.004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585090D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0.002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25D26918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0.061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center"/>
          </w:tcPr>
          <w:p w14:paraId="14168C6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4014CDE4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0.941</w:t>
            </w:r>
          </w:p>
        </w:tc>
        <w:tc>
          <w:tcPr>
            <w:tcW w:w="864" w:type="dxa"/>
            <w:tcBorders>
              <w:top w:val="single" w:sz="8" w:space="0" w:color="000000"/>
              <w:right w:val="nil"/>
            </w:tcBorders>
            <w:vAlign w:val="center"/>
          </w:tcPr>
          <w:p w14:paraId="792B7D70" w14:textId="77777777" w:rsidR="00B24523" w:rsidRPr="00420C1C" w:rsidRDefault="00B24523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0.008</w:t>
            </w:r>
          </w:p>
        </w:tc>
      </w:tr>
      <w:tr w:rsidR="00B24523" w14:paraId="46A0BBFF" w14:textId="77777777" w:rsidTr="004D4328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63833989" w14:textId="77777777" w:rsidR="00B24523" w:rsidRDefault="00B24523" w:rsidP="004D4328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3C433734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Condition</w:t>
            </w:r>
          </w:p>
        </w:tc>
        <w:tc>
          <w:tcPr>
            <w:tcW w:w="1224" w:type="dxa"/>
            <w:vAlign w:val="center"/>
          </w:tcPr>
          <w:p w14:paraId="79A9981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0.308</w:t>
            </w:r>
          </w:p>
        </w:tc>
        <w:tc>
          <w:tcPr>
            <w:tcW w:w="1224" w:type="dxa"/>
            <w:vAlign w:val="center"/>
          </w:tcPr>
          <w:p w14:paraId="7A3C67CB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0.308</w:t>
            </w:r>
          </w:p>
        </w:tc>
        <w:tc>
          <w:tcPr>
            <w:tcW w:w="936" w:type="dxa"/>
            <w:vAlign w:val="center"/>
          </w:tcPr>
          <w:p w14:paraId="7A66D4D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32.496</w:t>
            </w:r>
          </w:p>
        </w:tc>
        <w:tc>
          <w:tcPr>
            <w:tcW w:w="1152" w:type="dxa"/>
            <w:vAlign w:val="center"/>
          </w:tcPr>
          <w:p w14:paraId="56007DA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1, 15</w:t>
            </w:r>
          </w:p>
        </w:tc>
        <w:tc>
          <w:tcPr>
            <w:tcW w:w="1368" w:type="dxa"/>
            <w:vAlign w:val="center"/>
          </w:tcPr>
          <w:p w14:paraId="6BE103AC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3256CA6E" w14:textId="77777777" w:rsidR="00B24523" w:rsidRPr="00420C1C" w:rsidRDefault="00B24523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0.684</w:t>
            </w:r>
          </w:p>
        </w:tc>
      </w:tr>
      <w:tr w:rsidR="00B24523" w14:paraId="5AFBE68B" w14:textId="77777777" w:rsidTr="004D4328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F58FDE8" w14:textId="77777777" w:rsidR="00B24523" w:rsidRDefault="00B24523" w:rsidP="004D4328">
            <w:pPr>
              <w:spacing w:after="0"/>
            </w:pPr>
          </w:p>
        </w:tc>
        <w:tc>
          <w:tcPr>
            <w:tcW w:w="1800" w:type="dxa"/>
            <w:tcBorders>
              <w:left w:val="nil"/>
              <w:bottom w:val="single" w:sz="8" w:space="0" w:color="000000"/>
            </w:tcBorders>
            <w:vAlign w:val="center"/>
          </w:tcPr>
          <w:p w14:paraId="34115FB6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Group x Condition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199185F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0.101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7ECCF4B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0.050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17D54C8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5.315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vAlign w:val="center"/>
          </w:tcPr>
          <w:p w14:paraId="6CE69410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64CB17A8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0.018*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5E576CF5" w14:textId="77777777" w:rsidR="00B24523" w:rsidRPr="00420C1C" w:rsidRDefault="00B24523" w:rsidP="004D4328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</w:rPr>
              <w:t>0.415</w:t>
            </w:r>
          </w:p>
        </w:tc>
      </w:tr>
    </w:tbl>
    <w:p w14:paraId="0CC83FC9" w14:textId="77777777" w:rsidR="00B24523" w:rsidRDefault="00B24523" w:rsidP="00B24523">
      <w:pPr>
        <w:spacing w:before="60" w:after="0"/>
      </w:pPr>
      <w:r>
        <w:rPr>
          <w:b/>
          <w:sz w:val="16"/>
        </w:rPr>
        <w:t>Tukey post hoc comparisons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664"/>
        <w:gridCol w:w="1656"/>
        <w:gridCol w:w="720"/>
        <w:gridCol w:w="1080"/>
        <w:gridCol w:w="1368"/>
      </w:tblGrid>
      <w:tr w:rsidR="00B24523" w14:paraId="256D944B" w14:textId="77777777" w:rsidTr="004D4328">
        <w:trPr>
          <w:jc w:val="center"/>
        </w:trPr>
        <w:tc>
          <w:tcPr>
            <w:tcW w:w="19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943BAF6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68715E" w14:textId="77777777" w:rsidR="00B24523" w:rsidRDefault="00B24523" w:rsidP="004D4328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D202AE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6BDBDC2" w14:textId="77777777" w:rsidR="00B24523" w:rsidRDefault="00B24523" w:rsidP="004D4328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8256836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E1BA3F4" w14:textId="77777777" w:rsidR="00B24523" w:rsidRDefault="00B24523" w:rsidP="004D4328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B24523" w14:paraId="1D1D5667" w14:textId="77777777" w:rsidTr="004D4328">
        <w:trPr>
          <w:jc w:val="center"/>
        </w:trPr>
        <w:tc>
          <w:tcPr>
            <w:tcW w:w="1944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77DED41D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</w:tcBorders>
            <w:vAlign w:val="center"/>
          </w:tcPr>
          <w:p w14:paraId="3A7C58B1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tcBorders>
              <w:top w:val="single" w:sz="8" w:space="0" w:color="000000"/>
            </w:tcBorders>
            <w:vAlign w:val="center"/>
          </w:tcPr>
          <w:p w14:paraId="4F635764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0.302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vAlign w:val="center"/>
          </w:tcPr>
          <w:p w14:paraId="311C700B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vAlign w:val="center"/>
          </w:tcPr>
          <w:p w14:paraId="2B03323C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8.213</w:t>
            </w:r>
          </w:p>
        </w:tc>
        <w:tc>
          <w:tcPr>
            <w:tcW w:w="1368" w:type="dxa"/>
            <w:tcBorders>
              <w:top w:val="single" w:sz="8" w:space="0" w:color="000000"/>
              <w:right w:val="nil"/>
            </w:tcBorders>
            <w:vAlign w:val="center"/>
          </w:tcPr>
          <w:p w14:paraId="34AAF24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</w:tr>
      <w:tr w:rsidR="00B24523" w14:paraId="1185B946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right w:val="nil"/>
            </w:tcBorders>
            <w:vAlign w:val="center"/>
          </w:tcPr>
          <w:p w14:paraId="09886146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50086237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vAlign w:val="center"/>
          </w:tcPr>
          <w:p w14:paraId="6CACC320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0.206</w:t>
            </w:r>
          </w:p>
        </w:tc>
        <w:tc>
          <w:tcPr>
            <w:tcW w:w="720" w:type="dxa"/>
            <w:vAlign w:val="center"/>
          </w:tcPr>
          <w:p w14:paraId="3AC6991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vAlign w:val="center"/>
          </w:tcPr>
          <w:p w14:paraId="6FEBC19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4.699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426E036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0.005**</w:t>
            </w:r>
          </w:p>
        </w:tc>
      </w:tr>
      <w:tr w:rsidR="00B24523" w14:paraId="7A53E977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2217C02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within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699F40CD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1D85DDC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0.053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399E4F3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31F106F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1.338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06A4C63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0.359</w:t>
            </w:r>
          </w:p>
        </w:tc>
      </w:tr>
      <w:tr w:rsidR="00B24523" w14:paraId="32F76C4B" w14:textId="77777777" w:rsidTr="004D4328">
        <w:trPr>
          <w:jc w:val="center"/>
        </w:trPr>
        <w:tc>
          <w:tcPr>
            <w:tcW w:w="194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003065C2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2664" w:type="dxa"/>
            <w:tcBorders>
              <w:top w:val="single" w:sz="4" w:space="0" w:color="000000"/>
              <w:left w:val="nil"/>
            </w:tcBorders>
            <w:vAlign w:val="center"/>
          </w:tcPr>
          <w:p w14:paraId="5BBC69C3" w14:textId="77777777" w:rsidR="00B24523" w:rsidRDefault="00B24523" w:rsidP="004D4328">
            <w:pPr>
              <w:spacing w:after="0"/>
            </w:pPr>
            <w:proofErr w:type="spellStart"/>
            <w:r>
              <w:rPr>
                <w:sz w:val="16"/>
              </w:rPr>
              <w:t>Nonshock</w:t>
            </w:r>
            <w:proofErr w:type="spellEnd"/>
            <w:r>
              <w:rPr>
                <w:sz w:val="16"/>
              </w:rPr>
              <w:t xml:space="preserve"> vs. CS+15</w:t>
            </w:r>
          </w:p>
        </w:tc>
        <w:tc>
          <w:tcPr>
            <w:tcW w:w="1656" w:type="dxa"/>
            <w:tcBorders>
              <w:top w:val="single" w:sz="4" w:space="0" w:color="000000"/>
            </w:tcBorders>
            <w:vAlign w:val="center"/>
          </w:tcPr>
          <w:p w14:paraId="66325713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0.100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3443581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1696F1DA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1.473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37C8F1F7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0.563</w:t>
            </w:r>
          </w:p>
        </w:tc>
      </w:tr>
      <w:tr w:rsidR="00B24523" w14:paraId="4B87829D" w14:textId="77777777" w:rsidTr="004D4328">
        <w:trPr>
          <w:jc w:val="center"/>
        </w:trPr>
        <w:tc>
          <w:tcPr>
            <w:tcW w:w="1944" w:type="dxa"/>
            <w:tcBorders>
              <w:left w:val="nil"/>
              <w:right w:val="nil"/>
            </w:tcBorders>
            <w:vAlign w:val="center"/>
          </w:tcPr>
          <w:p w14:paraId="590251BC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490686FE" w14:textId="77777777" w:rsidR="00B24523" w:rsidRDefault="00B24523" w:rsidP="004D4328">
            <w:pPr>
              <w:spacing w:after="0"/>
            </w:pPr>
            <w:proofErr w:type="spellStart"/>
            <w:r>
              <w:rPr>
                <w:sz w:val="16"/>
              </w:rPr>
              <w:t>Nonshock</w:t>
            </w:r>
            <w:proofErr w:type="spellEnd"/>
            <w:r>
              <w:rPr>
                <w:sz w:val="16"/>
              </w:rPr>
              <w:t xml:space="preserve"> vs. CS+3</w:t>
            </w:r>
          </w:p>
        </w:tc>
        <w:tc>
          <w:tcPr>
            <w:tcW w:w="1656" w:type="dxa"/>
            <w:vAlign w:val="center"/>
          </w:tcPr>
          <w:p w14:paraId="1A75951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0.070</w:t>
            </w:r>
          </w:p>
        </w:tc>
        <w:tc>
          <w:tcPr>
            <w:tcW w:w="720" w:type="dxa"/>
            <w:vAlign w:val="center"/>
          </w:tcPr>
          <w:p w14:paraId="2BE6676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4118D904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0.943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714A540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0.786</w:t>
            </w:r>
          </w:p>
        </w:tc>
      </w:tr>
      <w:tr w:rsidR="00B24523" w14:paraId="7DE23227" w14:textId="77777777" w:rsidTr="004D4328">
        <w:trPr>
          <w:jc w:val="center"/>
        </w:trPr>
        <w:tc>
          <w:tcPr>
            <w:tcW w:w="194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8AA9FAC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34BC4CC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36D9FFC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0.030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4354EF3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6C22B730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0.420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0ADA906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0.953</w:t>
            </w:r>
          </w:p>
        </w:tc>
      </w:tr>
      <w:tr w:rsidR="00B24523" w14:paraId="6DCFA5BD" w14:textId="77777777" w:rsidTr="004D4328">
        <w:trPr>
          <w:jc w:val="center"/>
        </w:trPr>
        <w:tc>
          <w:tcPr>
            <w:tcW w:w="194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69AAFC99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2664" w:type="dxa"/>
            <w:tcBorders>
              <w:top w:val="single" w:sz="4" w:space="0" w:color="000000"/>
              <w:left w:val="nil"/>
            </w:tcBorders>
            <w:vAlign w:val="center"/>
          </w:tcPr>
          <w:p w14:paraId="5FA9724A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CS+15 vs.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</w:tcBorders>
            <w:vAlign w:val="center"/>
          </w:tcPr>
          <w:p w14:paraId="029272A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0.149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vAlign w:val="center"/>
          </w:tcPr>
          <w:p w14:paraId="474433A0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1E7D504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3.145</w:t>
            </w:r>
          </w:p>
        </w:tc>
        <w:tc>
          <w:tcPr>
            <w:tcW w:w="1368" w:type="dxa"/>
            <w:tcBorders>
              <w:top w:val="single" w:sz="4" w:space="0" w:color="000000"/>
              <w:right w:val="nil"/>
            </w:tcBorders>
            <w:vAlign w:val="center"/>
          </w:tcPr>
          <w:p w14:paraId="487C90E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0.099</w:t>
            </w:r>
          </w:p>
        </w:tc>
      </w:tr>
      <w:tr w:rsidR="00B24523" w14:paraId="4FD3C33B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right w:val="nil"/>
            </w:tcBorders>
            <w:vAlign w:val="center"/>
          </w:tcPr>
          <w:p w14:paraId="521629DD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</w:tcBorders>
            <w:vAlign w:val="center"/>
          </w:tcPr>
          <w:p w14:paraId="3750D3D5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56" w:type="dxa"/>
            <w:vAlign w:val="center"/>
          </w:tcPr>
          <w:p w14:paraId="32DB7656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0.066</w:t>
            </w:r>
          </w:p>
        </w:tc>
        <w:tc>
          <w:tcPr>
            <w:tcW w:w="720" w:type="dxa"/>
            <w:vAlign w:val="center"/>
          </w:tcPr>
          <w:p w14:paraId="2857808F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vAlign w:val="center"/>
          </w:tcPr>
          <w:p w14:paraId="3FEBB415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1.315</w:t>
            </w:r>
          </w:p>
        </w:tc>
        <w:tc>
          <w:tcPr>
            <w:tcW w:w="1368" w:type="dxa"/>
            <w:tcBorders>
              <w:right w:val="nil"/>
            </w:tcBorders>
            <w:vAlign w:val="center"/>
          </w:tcPr>
          <w:p w14:paraId="50686411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0.631</w:t>
            </w:r>
          </w:p>
        </w:tc>
      </w:tr>
      <w:tr w:rsidR="00B24523" w14:paraId="733DC146" w14:textId="77777777" w:rsidTr="004D4328">
        <w:trPr>
          <w:jc w:val="center"/>
        </w:trPr>
        <w:tc>
          <w:tcPr>
            <w:tcW w:w="19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F58D39" w14:textId="77777777" w:rsidR="00B24523" w:rsidRDefault="00B24523" w:rsidP="004D4328">
            <w:pPr>
              <w:spacing w:after="0"/>
            </w:pPr>
          </w:p>
        </w:tc>
        <w:tc>
          <w:tcPr>
            <w:tcW w:w="2664" w:type="dxa"/>
            <w:tcBorders>
              <w:left w:val="nil"/>
              <w:bottom w:val="single" w:sz="4" w:space="0" w:color="000000"/>
            </w:tcBorders>
            <w:vAlign w:val="center"/>
          </w:tcPr>
          <w:p w14:paraId="2C376E91" w14:textId="77777777" w:rsidR="00B24523" w:rsidRDefault="00B24523" w:rsidP="004D4328">
            <w:pPr>
              <w:spacing w:after="0"/>
            </w:pPr>
            <w:r>
              <w:rPr>
                <w:sz w:val="16"/>
              </w:rPr>
              <w:t xml:space="preserve">CS+3 vs. </w:t>
            </w:r>
            <w:proofErr w:type="spellStart"/>
            <w:r>
              <w:rPr>
                <w:sz w:val="16"/>
              </w:rPr>
              <w:t>Nonshock</w:t>
            </w:r>
            <w:proofErr w:type="spellEnd"/>
          </w:p>
        </w:tc>
        <w:tc>
          <w:tcPr>
            <w:tcW w:w="1656" w:type="dxa"/>
            <w:tcBorders>
              <w:bottom w:val="single" w:sz="4" w:space="0" w:color="000000"/>
            </w:tcBorders>
            <w:vAlign w:val="center"/>
          </w:tcPr>
          <w:p w14:paraId="6599869E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0.083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DCE4259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7CD4403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1.608</w:t>
            </w:r>
          </w:p>
        </w:tc>
        <w:tc>
          <w:tcPr>
            <w:tcW w:w="1368" w:type="dxa"/>
            <w:tcBorders>
              <w:bottom w:val="single" w:sz="4" w:space="0" w:color="000000"/>
              <w:right w:val="nil"/>
            </w:tcBorders>
            <w:vAlign w:val="center"/>
          </w:tcPr>
          <w:p w14:paraId="75AFC5A2" w14:textId="77777777" w:rsidR="00B24523" w:rsidRDefault="00B24523" w:rsidP="004D4328">
            <w:pPr>
              <w:spacing w:after="0"/>
              <w:jc w:val="center"/>
            </w:pPr>
            <w:r>
              <w:rPr>
                <w:sz w:val="16"/>
              </w:rPr>
              <w:t>0.507</w:t>
            </w:r>
          </w:p>
        </w:tc>
      </w:tr>
    </w:tbl>
    <w:p w14:paraId="76B0039D" w14:textId="117825B9" w:rsidR="003303D2" w:rsidRDefault="00000000">
      <w:pPr>
        <w:spacing w:before="80" w:after="40"/>
      </w:pPr>
      <w:r>
        <w:rPr>
          <w:b/>
        </w:rPr>
        <w:t>Fig. 4h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1751"/>
        <w:gridCol w:w="1202"/>
        <w:gridCol w:w="1202"/>
        <w:gridCol w:w="920"/>
        <w:gridCol w:w="1113"/>
        <w:gridCol w:w="1329"/>
        <w:gridCol w:w="847"/>
      </w:tblGrid>
      <w:tr w:rsidR="003303D2" w14:paraId="33B8E04E" w14:textId="77777777" w:rsidTr="00364BCD">
        <w:trPr>
          <w:jc w:val="center"/>
        </w:trPr>
        <w:tc>
          <w:tcPr>
            <w:tcW w:w="12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987A44E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3B7315B" w14:textId="77777777" w:rsidR="003303D2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5ED54E9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CDF5B37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FBB2E62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EF6AE6" w14:textId="77777777" w:rsidR="003303D2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DE4D8C9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5D920E" w14:textId="77777777" w:rsidR="003303D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3303D2" w14:paraId="18926ECB" w14:textId="77777777" w:rsidTr="00364BCD">
        <w:trPr>
          <w:jc w:val="center"/>
        </w:trPr>
        <w:tc>
          <w:tcPr>
            <w:tcW w:w="1284" w:type="dxa"/>
            <w:tcBorders>
              <w:top w:val="single" w:sz="8" w:space="0" w:color="000000"/>
              <w:left w:val="nil"/>
            </w:tcBorders>
            <w:vAlign w:val="center"/>
          </w:tcPr>
          <w:p w14:paraId="5681D32C" w14:textId="5F9975FB" w:rsidR="003303D2" w:rsidRDefault="00420C1C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751" w:type="dxa"/>
            <w:tcBorders>
              <w:top w:val="single" w:sz="8" w:space="0" w:color="000000"/>
            </w:tcBorders>
            <w:vAlign w:val="center"/>
          </w:tcPr>
          <w:p w14:paraId="4D8F19B9" w14:textId="77777777" w:rsidR="003303D2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2" w:type="dxa"/>
            <w:tcBorders>
              <w:top w:val="single" w:sz="8" w:space="0" w:color="000000"/>
            </w:tcBorders>
            <w:vAlign w:val="center"/>
          </w:tcPr>
          <w:p w14:paraId="05DAA6C7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886.884</w:t>
            </w:r>
          </w:p>
        </w:tc>
        <w:tc>
          <w:tcPr>
            <w:tcW w:w="1202" w:type="dxa"/>
            <w:tcBorders>
              <w:top w:val="single" w:sz="8" w:space="0" w:color="000000"/>
            </w:tcBorders>
            <w:vAlign w:val="center"/>
          </w:tcPr>
          <w:p w14:paraId="303CC83B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443.442</w:t>
            </w:r>
          </w:p>
        </w:tc>
        <w:tc>
          <w:tcPr>
            <w:tcW w:w="920" w:type="dxa"/>
            <w:tcBorders>
              <w:top w:val="single" w:sz="8" w:space="0" w:color="000000"/>
            </w:tcBorders>
            <w:vAlign w:val="center"/>
          </w:tcPr>
          <w:p w14:paraId="26DA522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2.756</w:t>
            </w:r>
          </w:p>
        </w:tc>
        <w:tc>
          <w:tcPr>
            <w:tcW w:w="1113" w:type="dxa"/>
            <w:tcBorders>
              <w:top w:val="single" w:sz="8" w:space="0" w:color="000000"/>
            </w:tcBorders>
            <w:vAlign w:val="center"/>
          </w:tcPr>
          <w:p w14:paraId="208E906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2, 15</w:t>
            </w:r>
          </w:p>
        </w:tc>
        <w:tc>
          <w:tcPr>
            <w:tcW w:w="1329" w:type="dxa"/>
            <w:tcBorders>
              <w:top w:val="single" w:sz="8" w:space="0" w:color="000000"/>
            </w:tcBorders>
            <w:vAlign w:val="center"/>
          </w:tcPr>
          <w:p w14:paraId="18460739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0.092</w:t>
            </w:r>
          </w:p>
        </w:tc>
        <w:tc>
          <w:tcPr>
            <w:tcW w:w="847" w:type="dxa"/>
            <w:tcBorders>
              <w:top w:val="single" w:sz="8" w:space="0" w:color="000000"/>
              <w:right w:val="nil"/>
            </w:tcBorders>
            <w:vAlign w:val="center"/>
          </w:tcPr>
          <w:p w14:paraId="518FE6B4" w14:textId="5ADAE3BD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0.27</w:t>
            </w:r>
          </w:p>
        </w:tc>
      </w:tr>
      <w:tr w:rsidR="003303D2" w14:paraId="2E836889" w14:textId="77777777" w:rsidTr="00364BCD">
        <w:trPr>
          <w:jc w:val="center"/>
        </w:trPr>
        <w:tc>
          <w:tcPr>
            <w:tcW w:w="1284" w:type="dxa"/>
            <w:tcBorders>
              <w:left w:val="nil"/>
            </w:tcBorders>
            <w:vAlign w:val="center"/>
          </w:tcPr>
          <w:p w14:paraId="44B12EB3" w14:textId="77777777" w:rsidR="003303D2" w:rsidRDefault="003303D2">
            <w:pPr>
              <w:spacing w:after="0"/>
            </w:pPr>
          </w:p>
        </w:tc>
        <w:tc>
          <w:tcPr>
            <w:tcW w:w="1751" w:type="dxa"/>
            <w:vAlign w:val="center"/>
          </w:tcPr>
          <w:p w14:paraId="5C595168" w14:textId="77777777" w:rsidR="003303D2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2" w:type="dxa"/>
            <w:vAlign w:val="center"/>
          </w:tcPr>
          <w:p w14:paraId="6994EE7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400.272</w:t>
            </w:r>
          </w:p>
        </w:tc>
        <w:tc>
          <w:tcPr>
            <w:tcW w:w="1202" w:type="dxa"/>
            <w:vAlign w:val="center"/>
          </w:tcPr>
          <w:p w14:paraId="118CB2A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200.136</w:t>
            </w:r>
          </w:p>
        </w:tc>
        <w:tc>
          <w:tcPr>
            <w:tcW w:w="920" w:type="dxa"/>
            <w:vAlign w:val="center"/>
          </w:tcPr>
          <w:p w14:paraId="5DAE9AB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1.500</w:t>
            </w:r>
          </w:p>
        </w:tc>
        <w:tc>
          <w:tcPr>
            <w:tcW w:w="1113" w:type="dxa"/>
            <w:vAlign w:val="center"/>
          </w:tcPr>
          <w:p w14:paraId="0E7152F8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2, 26</w:t>
            </w:r>
          </w:p>
        </w:tc>
        <w:tc>
          <w:tcPr>
            <w:tcW w:w="1329" w:type="dxa"/>
            <w:vAlign w:val="center"/>
          </w:tcPr>
          <w:p w14:paraId="2C889F54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0.242</w:t>
            </w:r>
          </w:p>
        </w:tc>
        <w:tc>
          <w:tcPr>
            <w:tcW w:w="847" w:type="dxa"/>
            <w:tcBorders>
              <w:right w:val="nil"/>
            </w:tcBorders>
            <w:vAlign w:val="center"/>
          </w:tcPr>
          <w:p w14:paraId="10552BF1" w14:textId="3944B392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0.10</w:t>
            </w:r>
          </w:p>
        </w:tc>
      </w:tr>
      <w:tr w:rsidR="003303D2" w14:paraId="589A73B4" w14:textId="77777777" w:rsidTr="00364BCD">
        <w:trPr>
          <w:jc w:val="center"/>
        </w:trPr>
        <w:tc>
          <w:tcPr>
            <w:tcW w:w="1284" w:type="dxa"/>
            <w:tcBorders>
              <w:left w:val="nil"/>
              <w:bottom w:val="single" w:sz="8" w:space="0" w:color="000000"/>
            </w:tcBorders>
            <w:vAlign w:val="center"/>
          </w:tcPr>
          <w:p w14:paraId="024E1B27" w14:textId="77777777" w:rsidR="003303D2" w:rsidRDefault="003303D2">
            <w:pPr>
              <w:spacing w:after="0"/>
            </w:pPr>
          </w:p>
        </w:tc>
        <w:tc>
          <w:tcPr>
            <w:tcW w:w="1751" w:type="dxa"/>
            <w:tcBorders>
              <w:bottom w:val="single" w:sz="8" w:space="0" w:color="000000"/>
            </w:tcBorders>
            <w:vAlign w:val="center"/>
          </w:tcPr>
          <w:p w14:paraId="0974504F" w14:textId="77777777" w:rsidR="003303D2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  <w:vAlign w:val="center"/>
          </w:tcPr>
          <w:p w14:paraId="4E398F76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468.189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  <w:vAlign w:val="center"/>
          </w:tcPr>
          <w:p w14:paraId="11418B83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117.047</w:t>
            </w:r>
          </w:p>
        </w:tc>
        <w:tc>
          <w:tcPr>
            <w:tcW w:w="920" w:type="dxa"/>
            <w:tcBorders>
              <w:bottom w:val="single" w:sz="8" w:space="0" w:color="000000"/>
            </w:tcBorders>
            <w:vAlign w:val="center"/>
          </w:tcPr>
          <w:p w14:paraId="1A91C921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0.877</w:t>
            </w:r>
          </w:p>
        </w:tc>
        <w:tc>
          <w:tcPr>
            <w:tcW w:w="1113" w:type="dxa"/>
            <w:tcBorders>
              <w:bottom w:val="single" w:sz="8" w:space="0" w:color="000000"/>
            </w:tcBorders>
            <w:vAlign w:val="center"/>
          </w:tcPr>
          <w:p w14:paraId="65DDB4BA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4, 26</w:t>
            </w:r>
          </w:p>
        </w:tc>
        <w:tc>
          <w:tcPr>
            <w:tcW w:w="1329" w:type="dxa"/>
            <w:tcBorders>
              <w:bottom w:val="single" w:sz="8" w:space="0" w:color="000000"/>
            </w:tcBorders>
            <w:vAlign w:val="center"/>
          </w:tcPr>
          <w:p w14:paraId="056B3730" w14:textId="77777777" w:rsidR="003303D2" w:rsidRDefault="00000000">
            <w:pPr>
              <w:spacing w:after="0"/>
              <w:jc w:val="center"/>
            </w:pPr>
            <w:r>
              <w:rPr>
                <w:sz w:val="16"/>
              </w:rPr>
              <w:t>0.491</w:t>
            </w:r>
          </w:p>
        </w:tc>
        <w:tc>
          <w:tcPr>
            <w:tcW w:w="847" w:type="dxa"/>
            <w:tcBorders>
              <w:bottom w:val="single" w:sz="8" w:space="0" w:color="000000"/>
              <w:right w:val="nil"/>
            </w:tcBorders>
            <w:vAlign w:val="center"/>
          </w:tcPr>
          <w:p w14:paraId="7D30EA53" w14:textId="7F5C5784" w:rsidR="003303D2" w:rsidRPr="00420C1C" w:rsidRDefault="00420C1C">
            <w:pPr>
              <w:spacing w:after="0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0.12</w:t>
            </w:r>
          </w:p>
        </w:tc>
      </w:tr>
    </w:tbl>
    <w:p w14:paraId="016E83A2" w14:textId="77777777" w:rsidR="00364BCD" w:rsidRDefault="00364BCD" w:rsidP="00364BCD">
      <w:pPr>
        <w:spacing w:after="0" w:line="240" w:lineRule="auto"/>
        <w:rPr>
          <w:rFonts w:cs="Arial"/>
          <w:b/>
          <w:sz w:val="22"/>
        </w:rPr>
      </w:pPr>
    </w:p>
    <w:p w14:paraId="38559C7A" w14:textId="292BB00E" w:rsidR="003303D2" w:rsidRPr="00364BCD" w:rsidRDefault="00364BCD" w:rsidP="00364BCD">
      <w:pPr>
        <w:spacing w:after="0" w:line="240" w:lineRule="auto"/>
        <w:rPr>
          <w:rFonts w:cs="Arial"/>
          <w:b/>
          <w:sz w:val="22"/>
          <w:szCs w:val="24"/>
        </w:rPr>
      </w:pPr>
      <w:r w:rsidRPr="00C63EF8">
        <w:rPr>
          <w:rFonts w:cs="Arial"/>
          <w:b/>
          <w:sz w:val="22"/>
        </w:rPr>
        <w:t xml:space="preserve">Supplementary File </w:t>
      </w:r>
      <w:r>
        <w:rPr>
          <w:rFonts w:cs="Arial"/>
          <w:b/>
          <w:sz w:val="22"/>
        </w:rPr>
        <w:t>4</w:t>
      </w:r>
      <w:r w:rsidR="00E747DE">
        <w:rPr>
          <w:rFonts w:cs="Arial"/>
          <w:b/>
          <w:sz w:val="22"/>
        </w:rPr>
        <w:t xml:space="preserve"> (Fig. 4)</w:t>
      </w:r>
      <w:r w:rsidR="00000000">
        <w:rPr>
          <w:b/>
          <w:sz w:val="22"/>
        </w:rPr>
        <w:t xml:space="preserve">. </w:t>
      </w:r>
      <w:r w:rsidR="00000000">
        <w:rPr>
          <w:sz w:val="22"/>
        </w:rPr>
        <w:t>Statistical analysis of GLM-derived measures for cells used in the population curves shown in Fig. 4. Two-way ANOVAs with repeated measures were conducted to evaluate effects of group (CS+15, CS+3, or No shock), frequency (3, 7, 11, 15 kHz) or day (days 1, 15, 30), and their interactions. Tukey post hoc comparisons are shown where simple effects were tested.</w:t>
      </w:r>
    </w:p>
    <w:sectPr w:rsidR="003303D2" w:rsidRPr="00364BCD" w:rsidSect="00D704AE">
      <w:pgSz w:w="12240" w:h="15840"/>
      <w:pgMar w:top="1008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5958586">
    <w:abstractNumId w:val="8"/>
  </w:num>
  <w:num w:numId="2" w16cid:durableId="1921939893">
    <w:abstractNumId w:val="6"/>
  </w:num>
  <w:num w:numId="3" w16cid:durableId="1639069942">
    <w:abstractNumId w:val="5"/>
  </w:num>
  <w:num w:numId="4" w16cid:durableId="477042064">
    <w:abstractNumId w:val="4"/>
  </w:num>
  <w:num w:numId="5" w16cid:durableId="1264144024">
    <w:abstractNumId w:val="7"/>
  </w:num>
  <w:num w:numId="6" w16cid:durableId="287592962">
    <w:abstractNumId w:val="3"/>
  </w:num>
  <w:num w:numId="7" w16cid:durableId="1635408109">
    <w:abstractNumId w:val="2"/>
  </w:num>
  <w:num w:numId="8" w16cid:durableId="1014379836">
    <w:abstractNumId w:val="1"/>
  </w:num>
  <w:num w:numId="9" w16cid:durableId="13070103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5192"/>
    <w:rsid w:val="00133C1F"/>
    <w:rsid w:val="0015074B"/>
    <w:rsid w:val="0029639D"/>
    <w:rsid w:val="002D7E8D"/>
    <w:rsid w:val="00326F90"/>
    <w:rsid w:val="003303D2"/>
    <w:rsid w:val="00364BCD"/>
    <w:rsid w:val="00420C1C"/>
    <w:rsid w:val="006460D3"/>
    <w:rsid w:val="00A42290"/>
    <w:rsid w:val="00AA1D8D"/>
    <w:rsid w:val="00B24523"/>
    <w:rsid w:val="00B4179A"/>
    <w:rsid w:val="00B47730"/>
    <w:rsid w:val="00BE5CD0"/>
    <w:rsid w:val="00CB0664"/>
    <w:rsid w:val="00D704AE"/>
    <w:rsid w:val="00E22E28"/>
    <w:rsid w:val="00E63F14"/>
    <w:rsid w:val="00E747DE"/>
    <w:rsid w:val="00E90B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E32F0"/>
  <w14:defaultImageDpi w14:val="300"/>
  <w15:docId w15:val="{501CD361-D451-4014-846C-31E2DAB7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4F0021-8450-4350-AC4B-FBAEB986DB95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customXml/itemProps2.xml><?xml version="1.0" encoding="utf-8"?>
<ds:datastoreItem xmlns:ds="http://schemas.openxmlformats.org/officeDocument/2006/customXml" ds:itemID="{245FD984-24A7-4E7D-A683-8E2170B5D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6CAF5-4E62-4565-B33D-0FEAFE166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Muzzio, Isabel</cp:lastModifiedBy>
  <cp:revision>4</cp:revision>
  <dcterms:created xsi:type="dcterms:W3CDTF">2026-09-09T16:53:00Z</dcterms:created>
  <dcterms:modified xsi:type="dcterms:W3CDTF">2026-10-07T16:34:00Z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