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204315" w14:textId="288180AC" w:rsidR="0014457F" w:rsidRDefault="00F5680E" w:rsidP="00D21FE0">
      <w:pPr>
        <w:spacing w:after="0" w:line="240" w:lineRule="auto"/>
        <w:rPr>
          <w:b/>
          <w:sz w:val="21"/>
        </w:rPr>
      </w:pPr>
      <w:r>
        <w:rPr>
          <w:b/>
          <w:sz w:val="21"/>
        </w:rPr>
        <w:t>Supplementary File 7</w:t>
      </w:r>
    </w:p>
    <w:p w14:paraId="040CF5A2" w14:textId="067A3AE4" w:rsidR="0014457F" w:rsidRDefault="0014457F" w:rsidP="00D21FE0">
      <w:pPr>
        <w:spacing w:after="0" w:line="240" w:lineRule="auto"/>
        <w:rPr>
          <w:b/>
          <w:sz w:val="21"/>
        </w:rPr>
      </w:pPr>
      <w:r>
        <w:rPr>
          <w:b/>
          <w:sz w:val="21"/>
        </w:rPr>
        <w:t>Fig. 8</w:t>
      </w:r>
    </w:p>
    <w:p w14:paraId="5E207B69" w14:textId="37DC150C" w:rsidR="00D52C5A" w:rsidRDefault="00000000">
      <w:pPr>
        <w:spacing w:before="160" w:after="120"/>
      </w:pPr>
      <w:r>
        <w:rPr>
          <w:b/>
          <w:sz w:val="21"/>
        </w:rPr>
        <w:t>Positive modulated single-frequency neurons</w:t>
      </w:r>
    </w:p>
    <w:p w14:paraId="1F2B63DB" w14:textId="77777777" w:rsidR="00D52C5A" w:rsidRDefault="00000000">
      <w:pPr>
        <w:spacing w:before="120" w:after="40"/>
      </w:pPr>
      <w:r>
        <w:rPr>
          <w:b/>
        </w:rPr>
        <w:t>Fig. 8a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1CC5B798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A293E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122DB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6F881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C3A07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EF8FC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6AC47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00E66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939B9D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5F2459E3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2108B9" w14:textId="07BC48F0" w:rsidR="00D52C5A" w:rsidRDefault="005370D2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6589E7C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C4EFDD" w14:textId="77777777" w:rsidR="00D52C5A" w:rsidRDefault="00000000">
            <w:pPr>
              <w:spacing w:after="0"/>
            </w:pPr>
            <w:r>
              <w:rPr>
                <w:sz w:val="16"/>
              </w:rPr>
              <w:t>15.905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32AB94" w14:textId="77777777" w:rsidR="00D52C5A" w:rsidRDefault="00000000">
            <w:pPr>
              <w:spacing w:after="0"/>
            </w:pPr>
            <w:r>
              <w:rPr>
                <w:sz w:val="16"/>
              </w:rPr>
              <w:t>7.952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ED32BE" w14:textId="77777777" w:rsidR="00D52C5A" w:rsidRDefault="00000000">
            <w:pPr>
              <w:spacing w:after="0"/>
            </w:pPr>
            <w:r>
              <w:rPr>
                <w:sz w:val="16"/>
              </w:rPr>
              <w:t>19.447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C08507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BC4DDC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03D58C" w14:textId="77777777" w:rsidR="00D52C5A" w:rsidRDefault="00000000">
            <w:pPr>
              <w:spacing w:after="0"/>
            </w:pPr>
            <w:r>
              <w:rPr>
                <w:sz w:val="16"/>
              </w:rPr>
              <w:t>0.72</w:t>
            </w:r>
          </w:p>
        </w:tc>
      </w:tr>
      <w:tr w:rsidR="00D52C5A" w14:paraId="3A529EDA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099473D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4EA69B" w14:textId="77777777" w:rsidR="00D52C5A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5A7208" w14:textId="77777777" w:rsidR="00D52C5A" w:rsidRDefault="00000000">
            <w:pPr>
              <w:spacing w:after="0"/>
            </w:pPr>
            <w:r>
              <w:rPr>
                <w:sz w:val="16"/>
              </w:rPr>
              <w:t>0.832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D5820F" w14:textId="77777777" w:rsidR="00D52C5A" w:rsidRDefault="00000000">
            <w:pPr>
              <w:spacing w:after="0"/>
            </w:pPr>
            <w:r>
              <w:rPr>
                <w:sz w:val="16"/>
              </w:rPr>
              <w:t>0.277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EB5B89" w14:textId="77777777" w:rsidR="00D52C5A" w:rsidRDefault="00000000">
            <w:pPr>
              <w:spacing w:after="0"/>
            </w:pPr>
            <w:r>
              <w:rPr>
                <w:sz w:val="16"/>
              </w:rPr>
              <w:t>1.108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234155" w14:textId="77777777" w:rsidR="00D52C5A" w:rsidRDefault="00000000">
            <w:pPr>
              <w:spacing w:after="0"/>
            </w:pPr>
            <w:r>
              <w:rPr>
                <w:sz w:val="16"/>
              </w:rPr>
              <w:t>3, 45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8E13F2" w14:textId="77777777" w:rsidR="00D52C5A" w:rsidRDefault="00000000">
            <w:pPr>
              <w:spacing w:after="0"/>
            </w:pPr>
            <w:r>
              <w:rPr>
                <w:sz w:val="16"/>
              </w:rPr>
              <w:t>0.356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A0225A" w14:textId="77777777" w:rsidR="00D52C5A" w:rsidRDefault="00000000">
            <w:pPr>
              <w:spacing w:after="0"/>
            </w:pPr>
            <w:r>
              <w:rPr>
                <w:sz w:val="16"/>
              </w:rPr>
              <w:t>0.07</w:t>
            </w:r>
          </w:p>
        </w:tc>
      </w:tr>
      <w:tr w:rsidR="00D52C5A" w14:paraId="36F6169D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A4E7F7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63AF3E" w14:textId="566B8058" w:rsidR="00D52C5A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5370D2">
              <w:rPr>
                <w:sz w:val="16"/>
              </w:rPr>
              <w:t>Frequency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46C66C" w14:textId="77777777" w:rsidR="00D52C5A" w:rsidRDefault="00000000">
            <w:pPr>
              <w:spacing w:after="0"/>
            </w:pPr>
            <w:r>
              <w:rPr>
                <w:sz w:val="16"/>
              </w:rPr>
              <w:t>6.319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370277" w14:textId="77777777" w:rsidR="00D52C5A" w:rsidRDefault="00000000">
            <w:pPr>
              <w:spacing w:after="0"/>
            </w:pPr>
            <w:r>
              <w:rPr>
                <w:sz w:val="16"/>
              </w:rPr>
              <w:t>1.053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6651FE" w14:textId="77777777" w:rsidR="00D52C5A" w:rsidRDefault="00000000">
            <w:pPr>
              <w:spacing w:after="0"/>
            </w:pPr>
            <w:r>
              <w:rPr>
                <w:sz w:val="16"/>
              </w:rPr>
              <w:t>4.21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64510A" w14:textId="77777777" w:rsidR="00D52C5A" w:rsidRDefault="00000000">
            <w:pPr>
              <w:spacing w:after="0"/>
            </w:pPr>
            <w:r>
              <w:rPr>
                <w:sz w:val="16"/>
              </w:rPr>
              <w:t>6, 45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85EFAF" w14:textId="77777777" w:rsidR="00D52C5A" w:rsidRDefault="00000000">
            <w:pPr>
              <w:spacing w:after="0"/>
            </w:pPr>
            <w:r>
              <w:rPr>
                <w:sz w:val="16"/>
              </w:rPr>
              <w:t>0.002**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48DA93" w14:textId="77777777" w:rsidR="00D52C5A" w:rsidRDefault="00000000">
            <w:pPr>
              <w:spacing w:after="0"/>
            </w:pPr>
            <w:r>
              <w:rPr>
                <w:sz w:val="16"/>
              </w:rPr>
              <w:t>0.36</w:t>
            </w:r>
          </w:p>
        </w:tc>
      </w:tr>
    </w:tbl>
    <w:p w14:paraId="19CE5D61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D52C5A" w14:paraId="35B1E9BA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E10BA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Tone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8824F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FDD1ED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6B103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591BC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8A6E3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19717D80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60551F" w14:textId="77777777" w:rsidR="00D52C5A" w:rsidRDefault="00000000">
            <w:pPr>
              <w:spacing w:after="0"/>
            </w:pPr>
            <w:r>
              <w:rPr>
                <w:sz w:val="16"/>
              </w:rPr>
              <w:t>3 kHz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AE43DA" w14:textId="77777777" w:rsidR="00D52C5A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6DE7DF" w14:textId="77777777" w:rsidR="00D52C5A" w:rsidRDefault="00000000">
            <w:pPr>
              <w:spacing w:after="0"/>
            </w:pPr>
            <w:r>
              <w:rPr>
                <w:sz w:val="16"/>
              </w:rPr>
              <w:t>0.757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654282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B54FAA" w14:textId="77777777" w:rsidR="00D52C5A" w:rsidRDefault="00000000">
            <w:pPr>
              <w:spacing w:after="0"/>
            </w:pPr>
            <w:r>
              <w:rPr>
                <w:sz w:val="16"/>
              </w:rPr>
              <w:t>3.284</w:t>
            </w:r>
          </w:p>
        </w:tc>
        <w:tc>
          <w:tcPr>
            <w:tcW w:w="1608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BE0FD0" w14:textId="77777777" w:rsidR="00D52C5A" w:rsidRDefault="00000000">
            <w:pPr>
              <w:spacing w:after="0"/>
            </w:pPr>
            <w:r>
              <w:rPr>
                <w:sz w:val="16"/>
              </w:rPr>
              <w:t>0.061</w:t>
            </w:r>
          </w:p>
        </w:tc>
      </w:tr>
      <w:tr w:rsidR="00D52C5A" w14:paraId="05572FAC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E8504C" w14:textId="77777777" w:rsidR="00D52C5A" w:rsidRDefault="00D52C5A">
            <w:pPr>
              <w:spacing w:after="0"/>
            </w:pP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5D4150" w14:textId="77777777" w:rsidR="00D52C5A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9F5B66" w14:textId="77777777" w:rsidR="00D52C5A" w:rsidRDefault="00000000">
            <w:pPr>
              <w:spacing w:after="0"/>
            </w:pPr>
            <w:r>
              <w:rPr>
                <w:sz w:val="16"/>
              </w:rPr>
              <w:t>0.374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8240E1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FFD612" w14:textId="77777777" w:rsidR="00D52C5A" w:rsidRDefault="00000000">
            <w:pPr>
              <w:spacing w:after="0"/>
            </w:pPr>
            <w:r>
              <w:rPr>
                <w:sz w:val="16"/>
              </w:rPr>
              <w:t>1.677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C464AE" w14:textId="77777777" w:rsidR="00D52C5A" w:rsidRDefault="00000000">
            <w:pPr>
              <w:spacing w:after="0"/>
            </w:pPr>
            <w:r>
              <w:rPr>
                <w:sz w:val="16"/>
              </w:rPr>
              <w:t>0.467</w:t>
            </w:r>
          </w:p>
        </w:tc>
      </w:tr>
      <w:tr w:rsidR="00D52C5A" w14:paraId="531A878D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CC7F65" w14:textId="77777777" w:rsidR="00D52C5A" w:rsidRDefault="00D52C5A">
            <w:pPr>
              <w:spacing w:after="0"/>
            </w:pP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404272" w14:textId="77777777" w:rsidR="00D52C5A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41F9E3" w14:textId="77777777" w:rsidR="00D52C5A" w:rsidRDefault="00000000">
            <w:pPr>
              <w:spacing w:after="0"/>
            </w:pPr>
            <w:r>
              <w:rPr>
                <w:sz w:val="16"/>
              </w:rPr>
              <w:t>0.383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1C5792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5881A3" w14:textId="77777777" w:rsidR="00D52C5A" w:rsidRDefault="00000000">
            <w:pPr>
              <w:spacing w:after="0"/>
            </w:pPr>
            <w:r>
              <w:rPr>
                <w:sz w:val="16"/>
              </w:rPr>
              <w:t>1.810</w:t>
            </w:r>
          </w:p>
        </w:tc>
        <w:tc>
          <w:tcPr>
            <w:tcW w:w="1608" w:type="dxa"/>
            <w:tcBorders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721EF6" w14:textId="77777777" w:rsidR="00D52C5A" w:rsidRDefault="00000000">
            <w:pPr>
              <w:spacing w:after="0"/>
            </w:pPr>
            <w:r>
              <w:rPr>
                <w:sz w:val="16"/>
              </w:rPr>
              <w:t>0.412</w:t>
            </w:r>
          </w:p>
        </w:tc>
      </w:tr>
      <w:tr w:rsidR="00D52C5A" w14:paraId="3C7316EC" w14:textId="77777777" w:rsidTr="005370D2">
        <w:trPr>
          <w:jc w:val="center"/>
        </w:trPr>
        <w:tc>
          <w:tcPr>
            <w:tcW w:w="1608" w:type="dxa"/>
            <w:tcBorders>
              <w:top w:val="single" w:sz="4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BCF114D" w14:textId="77777777" w:rsidR="00D52C5A" w:rsidRDefault="00000000">
            <w:pPr>
              <w:spacing w:after="0"/>
            </w:pPr>
            <w:r>
              <w:rPr>
                <w:sz w:val="16"/>
              </w:rPr>
              <w:t>7 kHz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D79217" w14:textId="77777777" w:rsidR="00D52C5A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0C2B0A" w14:textId="77777777" w:rsidR="00D52C5A" w:rsidRDefault="00000000">
            <w:pPr>
              <w:spacing w:after="0"/>
            </w:pPr>
            <w:r>
              <w:rPr>
                <w:sz w:val="16"/>
              </w:rPr>
              <w:t>0.969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DBD853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06E31B" w14:textId="77777777" w:rsidR="00D52C5A" w:rsidRDefault="00000000">
            <w:pPr>
              <w:spacing w:after="0"/>
            </w:pPr>
            <w:r>
              <w:rPr>
                <w:sz w:val="16"/>
              </w:rPr>
              <w:t>4.574</w:t>
            </w:r>
          </w:p>
        </w:tc>
        <w:tc>
          <w:tcPr>
            <w:tcW w:w="1608" w:type="dxa"/>
            <w:tcBorders>
              <w:top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4385DB" w14:textId="77777777" w:rsidR="00D52C5A" w:rsidRDefault="00000000">
            <w:pPr>
              <w:spacing w:after="0"/>
            </w:pPr>
            <w:r>
              <w:rPr>
                <w:sz w:val="16"/>
              </w:rPr>
              <w:t>&lt; 0.006**</w:t>
            </w:r>
          </w:p>
        </w:tc>
      </w:tr>
      <w:tr w:rsidR="00D52C5A" w14:paraId="26881AF6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4338F2" w14:textId="77777777" w:rsidR="00D52C5A" w:rsidRDefault="00D52C5A">
            <w:pPr>
              <w:spacing w:after="0"/>
            </w:pP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EC7440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34C15F" w14:textId="77777777" w:rsidR="00D52C5A" w:rsidRDefault="00000000">
            <w:pPr>
              <w:spacing w:after="0"/>
            </w:pPr>
            <w:r>
              <w:rPr>
                <w:sz w:val="16"/>
              </w:rPr>
              <w:t>0.341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EB38BF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ECCC0E" w14:textId="77777777" w:rsidR="00D52C5A" w:rsidRDefault="00000000">
            <w:pPr>
              <w:spacing w:after="0"/>
            </w:pPr>
            <w:r>
              <w:rPr>
                <w:sz w:val="16"/>
              </w:rPr>
              <w:t>1.530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5D18AA" w14:textId="77777777" w:rsidR="00D52C5A" w:rsidRDefault="00000000">
            <w:pPr>
              <w:spacing w:after="0"/>
            </w:pPr>
            <w:r>
              <w:rPr>
                <w:sz w:val="16"/>
              </w:rPr>
              <w:t>0.529</w:t>
            </w:r>
          </w:p>
        </w:tc>
      </w:tr>
      <w:tr w:rsidR="00D52C5A" w14:paraId="6B072165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7F03BE" w14:textId="77777777" w:rsidR="00D52C5A" w:rsidRDefault="00D52C5A">
            <w:pPr>
              <w:spacing w:after="0"/>
            </w:pP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BF6896" w14:textId="77777777" w:rsidR="00D52C5A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1C3728" w14:textId="77777777" w:rsidR="00D52C5A" w:rsidRDefault="00000000">
            <w:pPr>
              <w:spacing w:after="0"/>
            </w:pPr>
            <w:r>
              <w:rPr>
                <w:sz w:val="16"/>
              </w:rPr>
              <w:t>0.628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7CCC54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B78158" w14:textId="77777777" w:rsidR="00D52C5A" w:rsidRDefault="00000000">
            <w:pPr>
              <w:spacing w:after="0"/>
            </w:pPr>
            <w:r>
              <w:rPr>
                <w:sz w:val="16"/>
              </w:rPr>
              <w:t>2.723</w:t>
            </w:r>
          </w:p>
        </w:tc>
        <w:tc>
          <w:tcPr>
            <w:tcW w:w="1608" w:type="dxa"/>
            <w:tcBorders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E9C3BD" w14:textId="77777777" w:rsidR="00D52C5A" w:rsidRDefault="00000000">
            <w:pPr>
              <w:spacing w:after="0"/>
            </w:pPr>
            <w:r>
              <w:rPr>
                <w:sz w:val="16"/>
              </w:rPr>
              <w:t>0.141</w:t>
            </w:r>
          </w:p>
        </w:tc>
      </w:tr>
      <w:tr w:rsidR="00D52C5A" w14:paraId="3FB32806" w14:textId="77777777" w:rsidTr="005370D2">
        <w:trPr>
          <w:jc w:val="center"/>
        </w:trPr>
        <w:tc>
          <w:tcPr>
            <w:tcW w:w="1608" w:type="dxa"/>
            <w:tcBorders>
              <w:top w:val="single" w:sz="4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990393" w14:textId="77777777" w:rsidR="00D52C5A" w:rsidRDefault="00000000">
            <w:pPr>
              <w:spacing w:after="0"/>
            </w:pPr>
            <w:r>
              <w:rPr>
                <w:sz w:val="16"/>
              </w:rPr>
              <w:t>11 kHz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2AD6D4" w14:textId="77777777" w:rsidR="00D52C5A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E802DDF" w14:textId="77777777" w:rsidR="00D52C5A" w:rsidRDefault="00000000">
            <w:pPr>
              <w:spacing w:after="0"/>
            </w:pPr>
            <w:r>
              <w:rPr>
                <w:sz w:val="16"/>
              </w:rPr>
              <w:t>1.609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6CC051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1ACA74" w14:textId="77777777" w:rsidR="00D52C5A" w:rsidRDefault="00000000">
            <w:pPr>
              <w:spacing w:after="0"/>
            </w:pPr>
            <w:r>
              <w:rPr>
                <w:sz w:val="16"/>
              </w:rPr>
              <w:t>7.597</w:t>
            </w:r>
          </w:p>
        </w:tc>
        <w:tc>
          <w:tcPr>
            <w:tcW w:w="1608" w:type="dxa"/>
            <w:tcBorders>
              <w:top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D5949C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77AA72B4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71331B0" w14:textId="77777777" w:rsidR="00D52C5A" w:rsidRDefault="00D52C5A">
            <w:pPr>
              <w:spacing w:after="0"/>
            </w:pP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662008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6E78661" w14:textId="77777777" w:rsidR="00D52C5A" w:rsidRDefault="00000000">
            <w:pPr>
              <w:spacing w:after="0"/>
            </w:pPr>
            <w:r>
              <w:rPr>
                <w:sz w:val="16"/>
              </w:rPr>
              <w:t>1.363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1B2F46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F169D2" w14:textId="77777777" w:rsidR="00D52C5A" w:rsidRDefault="00000000">
            <w:pPr>
              <w:spacing w:after="0"/>
            </w:pPr>
            <w:r>
              <w:rPr>
                <w:sz w:val="16"/>
              </w:rPr>
              <w:t>6.116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756B84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2274EB54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FF55BB" w14:textId="77777777" w:rsidR="00D52C5A" w:rsidRDefault="00D52C5A">
            <w:pPr>
              <w:spacing w:after="0"/>
            </w:pP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88C7F7" w14:textId="77777777" w:rsidR="00D52C5A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6C3130" w14:textId="77777777" w:rsidR="00D52C5A" w:rsidRDefault="00000000">
            <w:pPr>
              <w:spacing w:after="0"/>
            </w:pPr>
            <w:r>
              <w:rPr>
                <w:sz w:val="16"/>
              </w:rPr>
              <w:t>0.246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A7CBD6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43C2EF" w14:textId="77777777" w:rsidR="00D52C5A" w:rsidRDefault="00000000">
            <w:pPr>
              <w:spacing w:after="0"/>
            </w:pPr>
            <w:r>
              <w:rPr>
                <w:sz w:val="16"/>
              </w:rPr>
              <w:t>1.065</w:t>
            </w:r>
          </w:p>
        </w:tc>
        <w:tc>
          <w:tcPr>
            <w:tcW w:w="1608" w:type="dxa"/>
            <w:tcBorders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B9A1DC5" w14:textId="77777777" w:rsidR="00D52C5A" w:rsidRDefault="00000000">
            <w:pPr>
              <w:spacing w:after="0"/>
            </w:pPr>
            <w:r>
              <w:rPr>
                <w:sz w:val="16"/>
              </w:rPr>
              <w:t>0.733</w:t>
            </w:r>
          </w:p>
        </w:tc>
      </w:tr>
      <w:tr w:rsidR="00D52C5A" w14:paraId="0FEEFE25" w14:textId="77777777" w:rsidTr="005370D2">
        <w:trPr>
          <w:jc w:val="center"/>
        </w:trPr>
        <w:tc>
          <w:tcPr>
            <w:tcW w:w="1608" w:type="dxa"/>
            <w:tcBorders>
              <w:top w:val="single" w:sz="4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74CA68" w14:textId="77777777" w:rsidR="00D52C5A" w:rsidRDefault="00000000">
            <w:pPr>
              <w:spacing w:after="0"/>
            </w:pPr>
            <w:r>
              <w:rPr>
                <w:sz w:val="16"/>
              </w:rPr>
              <w:t>15 kHz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85F043" w14:textId="77777777" w:rsidR="00D52C5A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5F3D8A" w14:textId="77777777" w:rsidR="00D52C5A" w:rsidRDefault="00000000">
            <w:pPr>
              <w:spacing w:after="0"/>
            </w:pPr>
            <w:r>
              <w:rPr>
                <w:sz w:val="16"/>
              </w:rPr>
              <w:t>1.443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C8B312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8A8E83" w14:textId="77777777" w:rsidR="00D52C5A" w:rsidRDefault="00000000">
            <w:pPr>
              <w:spacing w:after="0"/>
            </w:pPr>
            <w:r>
              <w:rPr>
                <w:sz w:val="16"/>
              </w:rPr>
              <w:t>6.811</w:t>
            </w:r>
          </w:p>
        </w:tc>
        <w:tc>
          <w:tcPr>
            <w:tcW w:w="1608" w:type="dxa"/>
            <w:tcBorders>
              <w:top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89EA51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0965F824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988750" w14:textId="77777777" w:rsidR="00D52C5A" w:rsidRDefault="00D52C5A">
            <w:pPr>
              <w:spacing w:after="0"/>
            </w:pP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8BF8E8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D8A4E3" w14:textId="77777777" w:rsidR="00D52C5A" w:rsidRDefault="00000000">
            <w:pPr>
              <w:spacing w:after="0"/>
            </w:pPr>
            <w:r>
              <w:rPr>
                <w:sz w:val="16"/>
              </w:rPr>
              <w:t>1.218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3A72AD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74E4B5D" w14:textId="77777777" w:rsidR="00D52C5A" w:rsidRDefault="00000000">
            <w:pPr>
              <w:spacing w:after="0"/>
            </w:pPr>
            <w:r>
              <w:rPr>
                <w:sz w:val="16"/>
              </w:rPr>
              <w:t>5.464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ADF393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3E333A77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7ED373A" w14:textId="77777777" w:rsidR="00D52C5A" w:rsidRDefault="00D52C5A">
            <w:pPr>
              <w:spacing w:after="0"/>
            </w:pP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6C74BE" w14:textId="77777777" w:rsidR="00D52C5A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C76EF6" w14:textId="77777777" w:rsidR="00D52C5A" w:rsidRDefault="00000000">
            <w:pPr>
              <w:spacing w:after="0"/>
            </w:pPr>
            <w:r>
              <w:rPr>
                <w:sz w:val="16"/>
              </w:rPr>
              <w:t>0.225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EF88B90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0EF5FE" w14:textId="77777777" w:rsidR="00D52C5A" w:rsidRDefault="00000000">
            <w:pPr>
              <w:spacing w:after="0"/>
            </w:pPr>
            <w:r>
              <w:rPr>
                <w:sz w:val="16"/>
              </w:rPr>
              <w:t>0.975</w:t>
            </w:r>
          </w:p>
        </w:tc>
        <w:tc>
          <w:tcPr>
            <w:tcW w:w="1608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FFF3A7" w14:textId="77777777" w:rsidR="00D52C5A" w:rsidRDefault="00000000">
            <w:pPr>
              <w:spacing w:after="0"/>
            </w:pPr>
            <w:r>
              <w:rPr>
                <w:sz w:val="16"/>
              </w:rPr>
              <w:t>0.771</w:t>
            </w:r>
          </w:p>
        </w:tc>
      </w:tr>
    </w:tbl>
    <w:p w14:paraId="4E56B72E" w14:textId="77777777" w:rsidR="00D52C5A" w:rsidRDefault="00000000">
      <w:pPr>
        <w:spacing w:before="120" w:after="40"/>
      </w:pPr>
      <w:r>
        <w:rPr>
          <w:b/>
        </w:rPr>
        <w:t>Fig. 8b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4ABF501B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BE324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E9BD47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31B642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29FFA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40B4D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6708A7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BC3D97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7997B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23E1AA81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70EDDB" w14:textId="3CF5D029" w:rsidR="00D52C5A" w:rsidRDefault="005370D2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61C06E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1FF595" w14:textId="77777777" w:rsidR="00D52C5A" w:rsidRDefault="00000000">
            <w:pPr>
              <w:spacing w:after="0"/>
            </w:pPr>
            <w:r>
              <w:rPr>
                <w:sz w:val="16"/>
              </w:rPr>
              <w:t>0.207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1D22C1" w14:textId="77777777" w:rsidR="00D52C5A" w:rsidRDefault="00000000">
            <w:pPr>
              <w:spacing w:after="0"/>
            </w:pPr>
            <w:r>
              <w:rPr>
                <w:sz w:val="16"/>
              </w:rPr>
              <w:t>0.104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CB26D8" w14:textId="77777777" w:rsidR="00D52C5A" w:rsidRDefault="00000000">
            <w:pPr>
              <w:spacing w:after="0"/>
            </w:pPr>
            <w:r>
              <w:rPr>
                <w:sz w:val="16"/>
              </w:rPr>
              <w:t>6.62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9E1969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41D58B" w14:textId="77777777" w:rsidR="00D52C5A" w:rsidRDefault="00000000">
            <w:pPr>
              <w:spacing w:after="0"/>
            </w:pPr>
            <w:r>
              <w:rPr>
                <w:sz w:val="16"/>
              </w:rPr>
              <w:t>0.008**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AA0DD5" w14:textId="77777777" w:rsidR="00D52C5A" w:rsidRDefault="00000000">
            <w:pPr>
              <w:spacing w:after="0"/>
            </w:pPr>
            <w:r>
              <w:rPr>
                <w:sz w:val="16"/>
              </w:rPr>
              <w:t>0.47</w:t>
            </w:r>
          </w:p>
        </w:tc>
      </w:tr>
      <w:tr w:rsidR="00D52C5A" w14:paraId="1DB90E96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56CFBC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6C33F7" w14:textId="77777777" w:rsidR="00D52C5A" w:rsidRDefault="00000000">
            <w:pPr>
              <w:spacing w:after="0"/>
            </w:pPr>
            <w:r>
              <w:rPr>
                <w:sz w:val="16"/>
              </w:rPr>
              <w:t>Day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6126E4F" w14:textId="77777777" w:rsidR="00D52C5A" w:rsidRDefault="00000000">
            <w:pPr>
              <w:spacing w:after="0"/>
            </w:pPr>
            <w:r>
              <w:rPr>
                <w:sz w:val="16"/>
              </w:rPr>
              <w:t>0.0178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1EB5E7" w14:textId="77777777" w:rsidR="00D52C5A" w:rsidRDefault="00000000">
            <w:pPr>
              <w:spacing w:after="0"/>
            </w:pPr>
            <w:r>
              <w:rPr>
                <w:sz w:val="16"/>
              </w:rPr>
              <w:t>0.0089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35134B" w14:textId="77777777" w:rsidR="00D52C5A" w:rsidRDefault="00000000">
            <w:pPr>
              <w:spacing w:after="0"/>
            </w:pPr>
            <w:r>
              <w:rPr>
                <w:sz w:val="16"/>
              </w:rPr>
              <w:t>1.205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31FCD0" w14:textId="77777777" w:rsidR="00D52C5A" w:rsidRDefault="00000000">
            <w:pPr>
              <w:spacing w:after="0"/>
            </w:pPr>
            <w:r>
              <w:rPr>
                <w:sz w:val="16"/>
              </w:rPr>
              <w:t>2, 26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BC85DD" w14:textId="77777777" w:rsidR="00D52C5A" w:rsidRDefault="00000000">
            <w:pPr>
              <w:spacing w:after="0"/>
            </w:pPr>
            <w:r>
              <w:rPr>
                <w:sz w:val="16"/>
              </w:rPr>
              <w:t>0.316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684202" w14:textId="77777777" w:rsidR="00D52C5A" w:rsidRDefault="00000000">
            <w:pPr>
              <w:spacing w:after="0"/>
            </w:pPr>
            <w:r>
              <w:rPr>
                <w:sz w:val="16"/>
              </w:rPr>
              <w:t>0.08</w:t>
            </w:r>
          </w:p>
        </w:tc>
      </w:tr>
      <w:tr w:rsidR="00D52C5A" w14:paraId="1AC4A161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714B62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65E5F7" w14:textId="77777777" w:rsidR="00D52C5A" w:rsidRDefault="00000000">
            <w:pPr>
              <w:spacing w:after="0"/>
            </w:pPr>
            <w:r>
              <w:rPr>
                <w:sz w:val="16"/>
              </w:rPr>
              <w:t>Group x Day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33F5C5" w14:textId="77777777" w:rsidR="00D52C5A" w:rsidRDefault="00000000">
            <w:pPr>
              <w:spacing w:after="0"/>
            </w:pPr>
            <w:r>
              <w:rPr>
                <w:sz w:val="16"/>
              </w:rPr>
              <w:t>0.0379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685385" w14:textId="77777777" w:rsidR="00D52C5A" w:rsidRDefault="00000000">
            <w:pPr>
              <w:spacing w:after="0"/>
            </w:pPr>
            <w:r>
              <w:rPr>
                <w:sz w:val="16"/>
              </w:rPr>
              <w:t>0.00948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58DDB2" w14:textId="77777777" w:rsidR="00D52C5A" w:rsidRDefault="00000000">
            <w:pPr>
              <w:spacing w:after="0"/>
            </w:pPr>
            <w:r>
              <w:rPr>
                <w:sz w:val="16"/>
              </w:rPr>
              <w:t>1.281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3DE157" w14:textId="77777777" w:rsidR="00D52C5A" w:rsidRDefault="00000000">
            <w:pPr>
              <w:spacing w:after="0"/>
            </w:pPr>
            <w:r>
              <w:rPr>
                <w:sz w:val="16"/>
              </w:rPr>
              <w:t>4, 26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FA7AC2" w14:textId="77777777" w:rsidR="00D52C5A" w:rsidRDefault="00000000">
            <w:pPr>
              <w:spacing w:after="0"/>
            </w:pPr>
            <w:r>
              <w:rPr>
                <w:sz w:val="16"/>
              </w:rPr>
              <w:t>0.303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D442823" w14:textId="77777777" w:rsidR="00D52C5A" w:rsidRDefault="00000000">
            <w:pPr>
              <w:spacing w:after="0"/>
            </w:pPr>
            <w:r>
              <w:rPr>
                <w:sz w:val="16"/>
              </w:rPr>
              <w:t>0.16</w:t>
            </w:r>
          </w:p>
        </w:tc>
      </w:tr>
    </w:tbl>
    <w:p w14:paraId="046FD7D7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29"/>
        <w:gridCol w:w="1930"/>
        <w:gridCol w:w="1929"/>
        <w:gridCol w:w="1930"/>
        <w:gridCol w:w="1930"/>
      </w:tblGrid>
      <w:tr w:rsidR="00D52C5A" w14:paraId="78499935" w14:textId="77777777" w:rsidTr="005370D2">
        <w:trPr>
          <w:jc w:val="center"/>
        </w:trPr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B7FF2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AC4C09B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1DC5B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635C06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2457C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68E0E175" w14:textId="77777777" w:rsidTr="005370D2">
        <w:trPr>
          <w:jc w:val="center"/>
        </w:trPr>
        <w:tc>
          <w:tcPr>
            <w:tcW w:w="1930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876D81" w14:textId="77777777" w:rsidR="00D52C5A" w:rsidRDefault="00000000">
            <w:pPr>
              <w:spacing w:after="0"/>
            </w:pPr>
            <w:r>
              <w:rPr>
                <w:sz w:val="16"/>
              </w:rPr>
              <w:t>No shock vs. CS+15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80D363" w14:textId="77777777" w:rsidR="00D52C5A" w:rsidRDefault="00000000">
            <w:pPr>
              <w:spacing w:after="0"/>
            </w:pPr>
            <w:r>
              <w:rPr>
                <w:sz w:val="16"/>
              </w:rPr>
              <w:t>0.168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3A81E4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95C44C" w14:textId="77777777" w:rsidR="00D52C5A" w:rsidRDefault="00000000">
            <w:pPr>
              <w:spacing w:after="0"/>
            </w:pPr>
            <w:r>
              <w:rPr>
                <w:sz w:val="16"/>
              </w:rPr>
              <w:t>5.026</w:t>
            </w:r>
          </w:p>
        </w:tc>
        <w:tc>
          <w:tcPr>
            <w:tcW w:w="1930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98617D" w14:textId="77777777" w:rsidR="00D52C5A" w:rsidRDefault="00000000">
            <w:pPr>
              <w:spacing w:after="0"/>
            </w:pPr>
            <w:r>
              <w:rPr>
                <w:sz w:val="16"/>
              </w:rPr>
              <w:t>&lt; 0.008**</w:t>
            </w:r>
          </w:p>
        </w:tc>
      </w:tr>
      <w:tr w:rsidR="00D52C5A" w14:paraId="6955AF97" w14:textId="77777777" w:rsidTr="005370D2">
        <w:trPr>
          <w:jc w:val="center"/>
        </w:trPr>
        <w:tc>
          <w:tcPr>
            <w:tcW w:w="1930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3638AC" w14:textId="77777777" w:rsidR="00D52C5A" w:rsidRDefault="00000000">
            <w:pPr>
              <w:spacing w:after="0"/>
            </w:pPr>
            <w:r>
              <w:rPr>
                <w:sz w:val="16"/>
              </w:rPr>
              <w:t>No shock vs. CS+3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28D8EE" w14:textId="77777777" w:rsidR="00D52C5A" w:rsidRDefault="00000000">
            <w:pPr>
              <w:spacing w:after="0"/>
            </w:pPr>
            <w:r>
              <w:rPr>
                <w:sz w:val="16"/>
              </w:rPr>
              <w:t>0.117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16F002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027CDA" w14:textId="77777777" w:rsidR="00D52C5A" w:rsidRDefault="00000000">
            <w:pPr>
              <w:spacing w:after="0"/>
            </w:pPr>
            <w:r>
              <w:rPr>
                <w:sz w:val="16"/>
              </w:rPr>
              <w:t>3.316</w:t>
            </w:r>
          </w:p>
        </w:tc>
        <w:tc>
          <w:tcPr>
            <w:tcW w:w="1930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7CA86A" w14:textId="77777777" w:rsidR="00D52C5A" w:rsidRDefault="00000000">
            <w:pPr>
              <w:spacing w:after="0"/>
            </w:pPr>
            <w:r>
              <w:rPr>
                <w:sz w:val="16"/>
              </w:rPr>
              <w:t>0.080</w:t>
            </w:r>
          </w:p>
        </w:tc>
      </w:tr>
      <w:tr w:rsidR="00D52C5A" w14:paraId="65849A26" w14:textId="77777777" w:rsidTr="005370D2">
        <w:trPr>
          <w:jc w:val="center"/>
        </w:trPr>
        <w:tc>
          <w:tcPr>
            <w:tcW w:w="1930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3E1FD4" w14:textId="77777777" w:rsidR="00D52C5A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57D80A" w14:textId="77777777" w:rsidR="00D52C5A" w:rsidRDefault="00000000">
            <w:pPr>
              <w:spacing w:after="0"/>
            </w:pPr>
            <w:r>
              <w:rPr>
                <w:sz w:val="16"/>
              </w:rPr>
              <w:t>0.0513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607D12C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F06126" w14:textId="77777777" w:rsidR="00D52C5A" w:rsidRDefault="00000000">
            <w:pPr>
              <w:spacing w:after="0"/>
            </w:pPr>
            <w:r>
              <w:rPr>
                <w:sz w:val="16"/>
              </w:rPr>
              <w:t>1.654</w:t>
            </w:r>
          </w:p>
        </w:tc>
        <w:tc>
          <w:tcPr>
            <w:tcW w:w="1930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CBB251" w14:textId="77777777" w:rsidR="00D52C5A" w:rsidRDefault="00000000">
            <w:pPr>
              <w:spacing w:after="0"/>
            </w:pPr>
            <w:r>
              <w:rPr>
                <w:sz w:val="16"/>
              </w:rPr>
              <w:t>0.488</w:t>
            </w:r>
          </w:p>
        </w:tc>
      </w:tr>
    </w:tbl>
    <w:p w14:paraId="2B1AA402" w14:textId="77777777" w:rsidR="00D52C5A" w:rsidRDefault="00000000">
      <w:pPr>
        <w:spacing w:before="120" w:after="40"/>
      </w:pPr>
      <w:r>
        <w:rPr>
          <w:b/>
        </w:rPr>
        <w:t>Fig. 8c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0B1799BB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12B26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52CC72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79FFA4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51025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D342DB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B8AC7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EBC3F9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DF99A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44B65D25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715588" w14:textId="48036E9C" w:rsidR="00D52C5A" w:rsidRDefault="005370D2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EAF788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26EDEE" w14:textId="77777777" w:rsidR="00D52C5A" w:rsidRDefault="00000000">
            <w:pPr>
              <w:spacing w:after="0"/>
            </w:pPr>
            <w:r>
              <w:rPr>
                <w:sz w:val="16"/>
              </w:rPr>
              <w:t>0.49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828EEA" w14:textId="77777777" w:rsidR="00D52C5A" w:rsidRDefault="00000000">
            <w:pPr>
              <w:spacing w:after="0"/>
            </w:pPr>
            <w:r>
              <w:rPr>
                <w:sz w:val="16"/>
              </w:rPr>
              <w:t>0.245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B17D79" w14:textId="77777777" w:rsidR="00D52C5A" w:rsidRDefault="00000000">
            <w:pPr>
              <w:spacing w:after="0"/>
            </w:pPr>
            <w:r>
              <w:rPr>
                <w:sz w:val="16"/>
              </w:rPr>
              <w:t>5.277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277C53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D94F3F" w14:textId="77777777" w:rsidR="00D52C5A" w:rsidRDefault="00000000">
            <w:pPr>
              <w:spacing w:after="0"/>
            </w:pPr>
            <w:r>
              <w:rPr>
                <w:sz w:val="16"/>
              </w:rPr>
              <w:t>0.018*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9C20E96" w14:textId="77777777" w:rsidR="00D52C5A" w:rsidRDefault="00000000">
            <w:pPr>
              <w:spacing w:after="0"/>
            </w:pPr>
            <w:r>
              <w:rPr>
                <w:sz w:val="16"/>
              </w:rPr>
              <w:t>0.41</w:t>
            </w:r>
          </w:p>
        </w:tc>
      </w:tr>
      <w:tr w:rsidR="00D52C5A" w14:paraId="283B84BB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202750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90FDDC" w14:textId="77777777" w:rsidR="00D52C5A" w:rsidRDefault="00000000">
            <w:pPr>
              <w:spacing w:after="0"/>
            </w:pPr>
            <w:r>
              <w:rPr>
                <w:sz w:val="16"/>
              </w:rPr>
              <w:t>Condition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679394" w14:textId="77777777" w:rsidR="00D52C5A" w:rsidRDefault="00000000">
            <w:pPr>
              <w:spacing w:after="0"/>
            </w:pPr>
            <w:r>
              <w:rPr>
                <w:sz w:val="16"/>
              </w:rPr>
              <w:t>3.962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954025" w14:textId="77777777" w:rsidR="00D52C5A" w:rsidRDefault="00000000">
            <w:pPr>
              <w:spacing w:after="0"/>
            </w:pPr>
            <w:r>
              <w:rPr>
                <w:sz w:val="16"/>
              </w:rPr>
              <w:t>3.962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CAD22B" w14:textId="77777777" w:rsidR="00D52C5A" w:rsidRDefault="00000000">
            <w:pPr>
              <w:spacing w:after="0"/>
            </w:pPr>
            <w:r>
              <w:rPr>
                <w:sz w:val="16"/>
              </w:rPr>
              <w:t>254.641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ED5F82" w14:textId="77777777" w:rsidR="00D52C5A" w:rsidRDefault="00000000">
            <w:pPr>
              <w:spacing w:after="0"/>
            </w:pPr>
            <w:r>
              <w:rPr>
                <w:sz w:val="16"/>
              </w:rPr>
              <w:t>1, 15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475FEA7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B73364" w14:textId="77777777" w:rsidR="00D52C5A" w:rsidRDefault="00000000">
            <w:pPr>
              <w:spacing w:after="0"/>
            </w:pPr>
            <w:r>
              <w:rPr>
                <w:sz w:val="16"/>
              </w:rPr>
              <w:t>0.94</w:t>
            </w:r>
          </w:p>
        </w:tc>
      </w:tr>
      <w:tr w:rsidR="00D52C5A" w14:paraId="1437FB7D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5FC816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8BB8C8" w14:textId="77777777" w:rsidR="00D52C5A" w:rsidRDefault="00000000">
            <w:pPr>
              <w:spacing w:after="0"/>
            </w:pPr>
            <w:r>
              <w:rPr>
                <w:sz w:val="16"/>
              </w:rPr>
              <w:t>Group x Condition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3C7A65" w14:textId="77777777" w:rsidR="00D52C5A" w:rsidRDefault="00000000">
            <w:pPr>
              <w:spacing w:after="0"/>
            </w:pPr>
            <w:r>
              <w:rPr>
                <w:sz w:val="16"/>
              </w:rPr>
              <w:t>0.318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302ED6" w14:textId="77777777" w:rsidR="00D52C5A" w:rsidRDefault="00000000">
            <w:pPr>
              <w:spacing w:after="0"/>
            </w:pPr>
            <w:r>
              <w:rPr>
                <w:sz w:val="16"/>
              </w:rPr>
              <w:t>0.159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819FC8" w14:textId="77777777" w:rsidR="00D52C5A" w:rsidRDefault="00000000">
            <w:pPr>
              <w:spacing w:after="0"/>
            </w:pPr>
            <w:r>
              <w:rPr>
                <w:sz w:val="16"/>
              </w:rPr>
              <w:t>10.205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DBA5E8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787E7D" w14:textId="77777777" w:rsidR="00D52C5A" w:rsidRDefault="00000000">
            <w:pPr>
              <w:spacing w:after="0"/>
            </w:pPr>
            <w:r>
              <w:rPr>
                <w:sz w:val="16"/>
              </w:rPr>
              <w:t>0.002**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9946A4" w14:textId="77777777" w:rsidR="00D52C5A" w:rsidRDefault="00000000">
            <w:pPr>
              <w:spacing w:after="0"/>
            </w:pPr>
            <w:r>
              <w:rPr>
                <w:sz w:val="16"/>
              </w:rPr>
              <w:t>0.58</w:t>
            </w:r>
          </w:p>
        </w:tc>
      </w:tr>
    </w:tbl>
    <w:p w14:paraId="42B7B244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D52C5A" w14:paraId="09E6A8DB" w14:textId="77777777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3EBBF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Factor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BD9D5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4AE02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875E6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3CEAB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050D94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0D64AE80" w14:textId="77777777">
        <w:trPr>
          <w:jc w:val="center"/>
        </w:trPr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E894F9" w14:textId="77777777" w:rsidR="00D52C5A" w:rsidRDefault="00000000">
            <w:pPr>
              <w:spacing w:after="0"/>
            </w:pPr>
            <w:r>
              <w:rPr>
                <w:sz w:val="16"/>
              </w:rPr>
              <w:t>within CS+15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A8163C" w14:textId="77777777" w:rsidR="00D52C5A" w:rsidRDefault="00000000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69C65A" w14:textId="77777777" w:rsidR="00D52C5A" w:rsidRDefault="00000000">
            <w:pPr>
              <w:spacing w:after="0"/>
            </w:pPr>
            <w:r>
              <w:rPr>
                <w:sz w:val="16"/>
              </w:rPr>
              <w:t>0.899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EB3A45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273F29" w14:textId="77777777" w:rsidR="00D52C5A" w:rsidRDefault="00000000">
            <w:pPr>
              <w:spacing w:after="0"/>
            </w:pPr>
            <w:r>
              <w:rPr>
                <w:sz w:val="16"/>
              </w:rPr>
              <w:t>19.078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AED66B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750DD02F" w14:textId="77777777">
        <w:trPr>
          <w:jc w:val="center"/>
        </w:trPr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871FFE" w14:textId="77777777" w:rsidR="00D52C5A" w:rsidRDefault="00000000">
            <w:pPr>
              <w:spacing w:after="0"/>
            </w:pPr>
            <w:r>
              <w:rPr>
                <w:sz w:val="16"/>
              </w:rPr>
              <w:t>within CS+3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E335A7" w14:textId="77777777" w:rsidR="00D52C5A" w:rsidRDefault="00000000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8E3478" w14:textId="77777777" w:rsidR="00D52C5A" w:rsidRDefault="00000000">
            <w:pPr>
              <w:spacing w:after="0"/>
            </w:pPr>
            <w:r>
              <w:rPr>
                <w:sz w:val="16"/>
              </w:rPr>
              <w:t>0.651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7F892E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BE7C49" w14:textId="77777777" w:rsidR="00D52C5A" w:rsidRDefault="00000000">
            <w:pPr>
              <w:spacing w:after="0"/>
            </w:pPr>
            <w:r>
              <w:rPr>
                <w:sz w:val="16"/>
              </w:rPr>
              <w:t>11.676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B2B671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252D1151" w14:textId="77777777" w:rsidTr="005370D2">
        <w:trPr>
          <w:jc w:val="center"/>
        </w:trPr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F891B0" w14:textId="77777777" w:rsidR="00D52C5A" w:rsidRDefault="00000000">
            <w:pPr>
              <w:spacing w:after="0"/>
            </w:pPr>
            <w:r>
              <w:rPr>
                <w:sz w:val="16"/>
              </w:rPr>
              <w:lastRenderedPageBreak/>
              <w:t>within No shock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F9D518" w14:textId="77777777" w:rsidR="00D52C5A" w:rsidRDefault="00000000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270D07D" w14:textId="77777777" w:rsidR="00D52C5A" w:rsidRDefault="00000000">
            <w:pPr>
              <w:spacing w:after="0"/>
            </w:pPr>
            <w:r>
              <w:rPr>
                <w:sz w:val="16"/>
              </w:rPr>
              <w:t>0.459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FB0BED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0545A3" w14:textId="77777777" w:rsidR="00D52C5A" w:rsidRDefault="00000000">
            <w:pPr>
              <w:spacing w:after="0"/>
            </w:pPr>
            <w:r>
              <w:rPr>
                <w:sz w:val="16"/>
              </w:rPr>
              <w:t>9.005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4D3D14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3035CE03" w14:textId="77777777" w:rsidTr="005370D2">
        <w:trPr>
          <w:jc w:val="center"/>
        </w:trPr>
        <w:tc>
          <w:tcPr>
            <w:tcW w:w="1608" w:type="dxa"/>
            <w:tcBorders>
              <w:top w:val="single" w:sz="4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FE1D3A" w14:textId="77777777" w:rsidR="00D52C5A" w:rsidRDefault="00000000">
            <w:pPr>
              <w:spacing w:after="0"/>
            </w:pPr>
            <w:r>
              <w:rPr>
                <w:sz w:val="16"/>
              </w:rPr>
              <w:t>within freezing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B41AE1" w14:textId="77777777" w:rsidR="00D52C5A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777F74A" w14:textId="77777777" w:rsidR="00D52C5A" w:rsidRDefault="00000000">
            <w:pPr>
              <w:spacing w:after="0"/>
            </w:pPr>
            <w:r>
              <w:rPr>
                <w:sz w:val="16"/>
              </w:rPr>
              <w:t>0.0531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56ABA6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03CA03" w14:textId="77777777" w:rsidR="00D52C5A" w:rsidRDefault="00000000">
            <w:pPr>
              <w:spacing w:after="0"/>
            </w:pPr>
            <w:r>
              <w:rPr>
                <w:sz w:val="16"/>
              </w:rPr>
              <w:t>0.767</w:t>
            </w:r>
          </w:p>
        </w:tc>
        <w:tc>
          <w:tcPr>
            <w:tcW w:w="1608" w:type="dxa"/>
            <w:tcBorders>
              <w:top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698C3D" w14:textId="77777777" w:rsidR="00D52C5A" w:rsidRDefault="00000000">
            <w:pPr>
              <w:spacing w:after="0"/>
            </w:pPr>
            <w:r>
              <w:rPr>
                <w:sz w:val="16"/>
              </w:rPr>
              <w:t>0.851</w:t>
            </w:r>
          </w:p>
        </w:tc>
      </w:tr>
      <w:tr w:rsidR="00D52C5A" w14:paraId="711B65BF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2D185E" w14:textId="77777777" w:rsidR="00D52C5A" w:rsidRDefault="00D52C5A">
            <w:pPr>
              <w:spacing w:after="0"/>
            </w:pP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0C885F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D85D28" w14:textId="77777777" w:rsidR="00D52C5A" w:rsidRDefault="00000000">
            <w:pPr>
              <w:spacing w:after="0"/>
            </w:pPr>
            <w:r>
              <w:rPr>
                <w:sz w:val="16"/>
              </w:rPr>
              <w:t>0.0317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7AADA9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64F60C" w14:textId="77777777" w:rsidR="00D52C5A" w:rsidRDefault="00000000">
            <w:pPr>
              <w:spacing w:after="0"/>
            </w:pPr>
            <w:r>
              <w:rPr>
                <w:sz w:val="16"/>
              </w:rPr>
              <w:t>0.435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401966" w14:textId="77777777" w:rsidR="00D52C5A" w:rsidRDefault="00000000">
            <w:pPr>
              <w:spacing w:after="0"/>
            </w:pPr>
            <w:r>
              <w:rPr>
                <w:sz w:val="16"/>
              </w:rPr>
              <w:t>0.949</w:t>
            </w:r>
          </w:p>
        </w:tc>
      </w:tr>
      <w:tr w:rsidR="00D52C5A" w14:paraId="4A264015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1B4ECA" w14:textId="77777777" w:rsidR="00D52C5A" w:rsidRDefault="00D52C5A">
            <w:pPr>
              <w:spacing w:after="0"/>
            </w:pP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AA85B6" w14:textId="77777777" w:rsidR="00D52C5A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D840ED" w14:textId="77777777" w:rsidR="00D52C5A" w:rsidRDefault="00000000">
            <w:pPr>
              <w:spacing w:after="0"/>
            </w:pPr>
            <w:r>
              <w:rPr>
                <w:sz w:val="16"/>
              </w:rPr>
              <w:t>0.0214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3FAB93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A5FA65" w14:textId="77777777" w:rsidR="00D52C5A" w:rsidRDefault="00000000">
            <w:pPr>
              <w:spacing w:after="0"/>
            </w:pPr>
            <w:r>
              <w:rPr>
                <w:sz w:val="16"/>
              </w:rPr>
              <w:t>0.284</w:t>
            </w:r>
          </w:p>
        </w:tc>
        <w:tc>
          <w:tcPr>
            <w:tcW w:w="1608" w:type="dxa"/>
            <w:tcBorders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83E648" w14:textId="77777777" w:rsidR="00D52C5A" w:rsidRDefault="00000000">
            <w:pPr>
              <w:spacing w:after="0"/>
            </w:pPr>
            <w:r>
              <w:rPr>
                <w:sz w:val="16"/>
              </w:rPr>
              <w:t>0.978</w:t>
            </w:r>
          </w:p>
        </w:tc>
      </w:tr>
      <w:tr w:rsidR="00D52C5A" w14:paraId="2E82F5F2" w14:textId="77777777" w:rsidTr="005370D2">
        <w:trPr>
          <w:jc w:val="center"/>
        </w:trPr>
        <w:tc>
          <w:tcPr>
            <w:tcW w:w="1608" w:type="dxa"/>
            <w:tcBorders>
              <w:top w:val="single" w:sz="4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753CFF" w14:textId="77777777" w:rsidR="00D52C5A" w:rsidRDefault="00000000">
            <w:pPr>
              <w:spacing w:after="0"/>
            </w:pPr>
            <w:r>
              <w:rPr>
                <w:sz w:val="16"/>
              </w:rPr>
              <w:t>within tone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B1D48A" w14:textId="77777777" w:rsidR="00D52C5A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3353B4" w14:textId="77777777" w:rsidR="00D52C5A" w:rsidRDefault="00000000">
            <w:pPr>
              <w:spacing w:after="0"/>
            </w:pPr>
            <w:r>
              <w:rPr>
                <w:sz w:val="16"/>
              </w:rPr>
              <w:t>0.494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1EE242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4DAA47D" w14:textId="77777777" w:rsidR="00D52C5A" w:rsidRDefault="00000000">
            <w:pPr>
              <w:spacing w:after="0"/>
            </w:pPr>
            <w:r>
              <w:rPr>
                <w:sz w:val="16"/>
              </w:rPr>
              <w:t>7.134</w:t>
            </w:r>
          </w:p>
        </w:tc>
        <w:tc>
          <w:tcPr>
            <w:tcW w:w="1608" w:type="dxa"/>
            <w:tcBorders>
              <w:top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E53731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10AD23E2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21FFA8" w14:textId="77777777" w:rsidR="00D52C5A" w:rsidRDefault="00D52C5A">
            <w:pPr>
              <w:spacing w:after="0"/>
            </w:pP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59D075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9EFF3B" w14:textId="77777777" w:rsidR="00D52C5A" w:rsidRDefault="00000000">
            <w:pPr>
              <w:spacing w:after="0"/>
            </w:pPr>
            <w:r>
              <w:rPr>
                <w:sz w:val="16"/>
              </w:rPr>
              <w:t>0.280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B25565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A82F12A" w14:textId="77777777" w:rsidR="00D52C5A" w:rsidRDefault="00000000">
            <w:pPr>
              <w:spacing w:after="0"/>
            </w:pPr>
            <w:r>
              <w:rPr>
                <w:sz w:val="16"/>
              </w:rPr>
              <w:t>3.839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6A9A45" w14:textId="77777777" w:rsidR="00D52C5A" w:rsidRDefault="00000000">
            <w:pPr>
              <w:spacing w:after="0"/>
            </w:pPr>
            <w:r>
              <w:rPr>
                <w:sz w:val="16"/>
              </w:rPr>
              <w:t>0.031*</w:t>
            </w:r>
          </w:p>
        </w:tc>
      </w:tr>
      <w:tr w:rsidR="00D52C5A" w14:paraId="1501BAA5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D464E45" w14:textId="77777777" w:rsidR="00D52C5A" w:rsidRDefault="00D52C5A">
            <w:pPr>
              <w:spacing w:after="0"/>
            </w:pP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359D9B" w14:textId="77777777" w:rsidR="00D52C5A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EC3CC5" w14:textId="77777777" w:rsidR="00D52C5A" w:rsidRDefault="00000000">
            <w:pPr>
              <w:spacing w:after="0"/>
            </w:pPr>
            <w:r>
              <w:rPr>
                <w:sz w:val="16"/>
              </w:rPr>
              <w:t>0.214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E415FA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2BEB71" w14:textId="77777777" w:rsidR="00D52C5A" w:rsidRDefault="00000000">
            <w:pPr>
              <w:spacing w:after="0"/>
            </w:pPr>
            <w:r>
              <w:rPr>
                <w:sz w:val="16"/>
              </w:rPr>
              <w:t>2.843</w:t>
            </w:r>
          </w:p>
        </w:tc>
        <w:tc>
          <w:tcPr>
            <w:tcW w:w="1608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F41CCD" w14:textId="77777777" w:rsidR="00D52C5A" w:rsidRDefault="00000000">
            <w:pPr>
              <w:spacing w:after="0"/>
            </w:pPr>
            <w:r>
              <w:rPr>
                <w:sz w:val="16"/>
              </w:rPr>
              <w:t>0.131</w:t>
            </w:r>
          </w:p>
        </w:tc>
      </w:tr>
    </w:tbl>
    <w:p w14:paraId="7E61FB11" w14:textId="77777777" w:rsidR="00D52C5A" w:rsidRDefault="00000000">
      <w:pPr>
        <w:spacing w:before="120" w:after="40"/>
      </w:pPr>
      <w:r>
        <w:rPr>
          <w:b/>
        </w:rPr>
        <w:t>Fig. 8d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50AC4059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E9C50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39193B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789A4E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68916A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36D67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CF60BD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BEF8A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559E7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5D57855C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2D745D" w14:textId="40545BC4" w:rsidR="00D52C5A" w:rsidRDefault="005370D2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9D6126B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8D4573" w14:textId="77777777" w:rsidR="00D52C5A" w:rsidRDefault="00000000">
            <w:pPr>
              <w:spacing w:after="0"/>
            </w:pPr>
            <w:r>
              <w:rPr>
                <w:sz w:val="16"/>
              </w:rPr>
              <w:t>83.099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AE178D" w14:textId="77777777" w:rsidR="00D52C5A" w:rsidRDefault="00000000">
            <w:pPr>
              <w:spacing w:after="0"/>
            </w:pPr>
            <w:r>
              <w:rPr>
                <w:sz w:val="16"/>
              </w:rPr>
              <w:t>41.549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CA8712" w14:textId="77777777" w:rsidR="00D52C5A" w:rsidRDefault="00000000">
            <w:pPr>
              <w:spacing w:after="0"/>
            </w:pPr>
            <w:r>
              <w:rPr>
                <w:sz w:val="16"/>
              </w:rPr>
              <w:t>0.763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AC60FC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1153CC" w14:textId="77777777" w:rsidR="00D52C5A" w:rsidRDefault="00000000">
            <w:pPr>
              <w:spacing w:after="0"/>
            </w:pPr>
            <w:r>
              <w:rPr>
                <w:sz w:val="16"/>
              </w:rPr>
              <w:t>0.482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C8B86B" w14:textId="77777777" w:rsidR="00D52C5A" w:rsidRDefault="00000000">
            <w:pPr>
              <w:spacing w:after="0"/>
            </w:pPr>
            <w:r>
              <w:rPr>
                <w:sz w:val="16"/>
              </w:rPr>
              <w:t>0.09</w:t>
            </w:r>
          </w:p>
        </w:tc>
      </w:tr>
      <w:tr w:rsidR="00D52C5A" w14:paraId="16A6F857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A405E0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8201A0" w14:textId="77777777" w:rsidR="00D52C5A" w:rsidRDefault="00000000">
            <w:pPr>
              <w:spacing w:after="0"/>
            </w:pPr>
            <w:r>
              <w:rPr>
                <w:sz w:val="16"/>
              </w:rPr>
              <w:t>Day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8500C9" w14:textId="77777777" w:rsidR="00D52C5A" w:rsidRDefault="00000000">
            <w:pPr>
              <w:spacing w:after="0"/>
            </w:pPr>
            <w:r>
              <w:rPr>
                <w:sz w:val="16"/>
              </w:rPr>
              <w:t>62.468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7C040F" w14:textId="77777777" w:rsidR="00D52C5A" w:rsidRDefault="00000000">
            <w:pPr>
              <w:spacing w:after="0"/>
            </w:pPr>
            <w:r>
              <w:rPr>
                <w:sz w:val="16"/>
              </w:rPr>
              <w:t>31.234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B49E5E" w14:textId="77777777" w:rsidR="00D52C5A" w:rsidRDefault="00000000">
            <w:pPr>
              <w:spacing w:after="0"/>
            </w:pPr>
            <w:r>
              <w:rPr>
                <w:sz w:val="16"/>
              </w:rPr>
              <w:t>0.649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2C8424" w14:textId="77777777" w:rsidR="00D52C5A" w:rsidRDefault="00000000">
            <w:pPr>
              <w:spacing w:after="0"/>
            </w:pPr>
            <w:r>
              <w:rPr>
                <w:sz w:val="16"/>
              </w:rPr>
              <w:t>2, 26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D64CFE" w14:textId="77777777" w:rsidR="00D52C5A" w:rsidRDefault="00000000">
            <w:pPr>
              <w:spacing w:after="0"/>
            </w:pPr>
            <w:r>
              <w:rPr>
                <w:sz w:val="16"/>
              </w:rPr>
              <w:t>0.531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54860B" w14:textId="77777777" w:rsidR="00D52C5A" w:rsidRDefault="00000000">
            <w:pPr>
              <w:spacing w:after="0"/>
            </w:pPr>
            <w:r>
              <w:rPr>
                <w:sz w:val="16"/>
              </w:rPr>
              <w:t>0.05</w:t>
            </w:r>
          </w:p>
        </w:tc>
      </w:tr>
      <w:tr w:rsidR="00D52C5A" w14:paraId="03415219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91D8C1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3531F6" w14:textId="77777777" w:rsidR="00D52C5A" w:rsidRDefault="00000000">
            <w:pPr>
              <w:spacing w:after="0"/>
            </w:pPr>
            <w:r>
              <w:rPr>
                <w:sz w:val="16"/>
              </w:rPr>
              <w:t>Group x Day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CAA000" w14:textId="77777777" w:rsidR="00D52C5A" w:rsidRDefault="00000000">
            <w:pPr>
              <w:spacing w:after="0"/>
            </w:pPr>
            <w:r>
              <w:rPr>
                <w:sz w:val="16"/>
              </w:rPr>
              <w:t>130.193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6926F3" w14:textId="77777777" w:rsidR="00D52C5A" w:rsidRDefault="00000000">
            <w:pPr>
              <w:spacing w:after="0"/>
            </w:pPr>
            <w:r>
              <w:rPr>
                <w:sz w:val="16"/>
              </w:rPr>
              <w:t>32.548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07F100" w14:textId="77777777" w:rsidR="00D52C5A" w:rsidRDefault="00000000">
            <w:pPr>
              <w:spacing w:after="0"/>
            </w:pPr>
            <w:r>
              <w:rPr>
                <w:sz w:val="16"/>
              </w:rPr>
              <w:t>0.677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B553BB" w14:textId="77777777" w:rsidR="00D52C5A" w:rsidRDefault="00000000">
            <w:pPr>
              <w:spacing w:after="0"/>
            </w:pPr>
            <w:r>
              <w:rPr>
                <w:sz w:val="16"/>
              </w:rPr>
              <w:t>4, 26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25A18C2" w14:textId="77777777" w:rsidR="00D52C5A" w:rsidRDefault="00000000">
            <w:pPr>
              <w:spacing w:after="0"/>
            </w:pPr>
            <w:r>
              <w:rPr>
                <w:sz w:val="16"/>
              </w:rPr>
              <w:t>0.614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748C91" w14:textId="77777777" w:rsidR="00D52C5A" w:rsidRDefault="00000000">
            <w:pPr>
              <w:spacing w:after="0"/>
            </w:pPr>
            <w:r>
              <w:rPr>
                <w:sz w:val="16"/>
              </w:rPr>
              <w:t>0.09</w:t>
            </w:r>
          </w:p>
        </w:tc>
      </w:tr>
    </w:tbl>
    <w:p w14:paraId="7BF73E21" w14:textId="77777777" w:rsidR="00D52C5A" w:rsidRDefault="00000000">
      <w:pPr>
        <w:spacing w:before="160" w:after="120"/>
      </w:pPr>
      <w:r>
        <w:rPr>
          <w:b/>
          <w:sz w:val="21"/>
        </w:rPr>
        <w:t>Negative modulated single-frequency neurons</w:t>
      </w:r>
    </w:p>
    <w:p w14:paraId="571768E8" w14:textId="77777777" w:rsidR="00D52C5A" w:rsidRDefault="00000000">
      <w:pPr>
        <w:spacing w:before="120" w:after="40"/>
      </w:pPr>
      <w:r>
        <w:rPr>
          <w:b/>
        </w:rPr>
        <w:t>Fig. 8e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000F9F80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2072D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E32EF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8CEFA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D1B4A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0D2BBD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53B1C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D8CB87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04F3F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0477AFE8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66AC64" w14:textId="6D98D068" w:rsidR="00D52C5A" w:rsidRDefault="005370D2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F06FB0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F9A80E" w14:textId="77777777" w:rsidR="00D52C5A" w:rsidRDefault="00000000">
            <w:pPr>
              <w:spacing w:after="0"/>
            </w:pPr>
            <w:r>
              <w:rPr>
                <w:sz w:val="16"/>
              </w:rPr>
              <w:t>1.765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B0D0E4" w14:textId="77777777" w:rsidR="00D52C5A" w:rsidRDefault="00000000">
            <w:pPr>
              <w:spacing w:after="0"/>
            </w:pPr>
            <w:r>
              <w:rPr>
                <w:sz w:val="16"/>
              </w:rPr>
              <w:t>0.882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4A9052" w14:textId="77777777" w:rsidR="00D52C5A" w:rsidRDefault="00000000">
            <w:pPr>
              <w:spacing w:after="0"/>
            </w:pPr>
            <w:r>
              <w:rPr>
                <w:sz w:val="16"/>
              </w:rPr>
              <w:t>11.246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8F7D4C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C6887B" w14:textId="77777777" w:rsidR="00D52C5A" w:rsidRDefault="00000000">
            <w:pPr>
              <w:spacing w:after="0"/>
            </w:pPr>
            <w:r>
              <w:rPr>
                <w:sz w:val="16"/>
              </w:rPr>
              <w:t>0.001***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6E8F2E" w14:textId="77777777" w:rsidR="00D52C5A" w:rsidRDefault="00000000">
            <w:pPr>
              <w:spacing w:after="0"/>
            </w:pPr>
            <w:r>
              <w:rPr>
                <w:sz w:val="16"/>
              </w:rPr>
              <w:t>0.60</w:t>
            </w:r>
          </w:p>
        </w:tc>
      </w:tr>
      <w:tr w:rsidR="00D52C5A" w14:paraId="4380A044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A419BD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7C6C48" w14:textId="77777777" w:rsidR="00D52C5A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52F37A" w14:textId="77777777" w:rsidR="00D52C5A" w:rsidRDefault="00000000">
            <w:pPr>
              <w:spacing w:after="0"/>
            </w:pPr>
            <w:r>
              <w:rPr>
                <w:sz w:val="16"/>
              </w:rPr>
              <w:t>0.121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5369C3" w14:textId="77777777" w:rsidR="00D52C5A" w:rsidRDefault="00000000">
            <w:pPr>
              <w:spacing w:after="0"/>
            </w:pPr>
            <w:r>
              <w:rPr>
                <w:sz w:val="16"/>
              </w:rPr>
              <w:t>0.0404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0D1A87" w14:textId="77777777" w:rsidR="00D52C5A" w:rsidRDefault="00000000">
            <w:pPr>
              <w:spacing w:after="0"/>
            </w:pPr>
            <w:r>
              <w:rPr>
                <w:sz w:val="16"/>
              </w:rPr>
              <w:t>1.274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BFB232" w14:textId="77777777" w:rsidR="00D52C5A" w:rsidRDefault="00000000">
            <w:pPr>
              <w:spacing w:after="0"/>
            </w:pPr>
            <w:r>
              <w:rPr>
                <w:sz w:val="16"/>
              </w:rPr>
              <w:t>3, 45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23DEA3" w14:textId="77777777" w:rsidR="00D52C5A" w:rsidRDefault="00000000">
            <w:pPr>
              <w:spacing w:after="0"/>
            </w:pPr>
            <w:r>
              <w:rPr>
                <w:sz w:val="16"/>
              </w:rPr>
              <w:t>0.295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20EF15" w14:textId="77777777" w:rsidR="00D52C5A" w:rsidRDefault="00000000">
            <w:pPr>
              <w:spacing w:after="0"/>
            </w:pPr>
            <w:r>
              <w:rPr>
                <w:sz w:val="16"/>
              </w:rPr>
              <w:t>0.08</w:t>
            </w:r>
          </w:p>
        </w:tc>
      </w:tr>
      <w:tr w:rsidR="00D52C5A" w14:paraId="1B24AD76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912DEA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9B4259" w14:textId="634E2C72" w:rsidR="00D52C5A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5370D2">
              <w:rPr>
                <w:sz w:val="16"/>
              </w:rPr>
              <w:t>Frequency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4D3017" w14:textId="77777777" w:rsidR="00D52C5A" w:rsidRDefault="00000000">
            <w:pPr>
              <w:spacing w:after="0"/>
            </w:pPr>
            <w:r>
              <w:rPr>
                <w:sz w:val="16"/>
              </w:rPr>
              <w:t>0.166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3AC172" w14:textId="77777777" w:rsidR="00D52C5A" w:rsidRDefault="00000000">
            <w:pPr>
              <w:spacing w:after="0"/>
            </w:pPr>
            <w:r>
              <w:rPr>
                <w:sz w:val="16"/>
              </w:rPr>
              <w:t>0.0277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1BD2CA" w14:textId="77777777" w:rsidR="00D52C5A" w:rsidRDefault="00000000">
            <w:pPr>
              <w:spacing w:after="0"/>
            </w:pPr>
            <w:r>
              <w:rPr>
                <w:sz w:val="16"/>
              </w:rPr>
              <w:t>0.872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722E7B" w14:textId="77777777" w:rsidR="00D52C5A" w:rsidRDefault="00000000">
            <w:pPr>
              <w:spacing w:after="0"/>
            </w:pPr>
            <w:r>
              <w:rPr>
                <w:sz w:val="16"/>
              </w:rPr>
              <w:t>6, 45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6DFDC5" w14:textId="77777777" w:rsidR="00D52C5A" w:rsidRDefault="00000000">
            <w:pPr>
              <w:spacing w:after="0"/>
            </w:pPr>
            <w:r>
              <w:rPr>
                <w:sz w:val="16"/>
              </w:rPr>
              <w:t>0.523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AD3707" w14:textId="77777777" w:rsidR="00D52C5A" w:rsidRDefault="00000000">
            <w:pPr>
              <w:spacing w:after="0"/>
            </w:pPr>
            <w:r>
              <w:rPr>
                <w:sz w:val="16"/>
              </w:rPr>
              <w:t>0.10</w:t>
            </w:r>
          </w:p>
        </w:tc>
      </w:tr>
    </w:tbl>
    <w:p w14:paraId="691F37E5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29"/>
        <w:gridCol w:w="1930"/>
        <w:gridCol w:w="1929"/>
        <w:gridCol w:w="1930"/>
        <w:gridCol w:w="1930"/>
      </w:tblGrid>
      <w:tr w:rsidR="00D52C5A" w14:paraId="2A611CF0" w14:textId="77777777" w:rsidTr="005370D2">
        <w:trPr>
          <w:jc w:val="center"/>
        </w:trPr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B0369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2B160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BF7BB1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D0567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90E9AB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5B14AA19" w14:textId="77777777" w:rsidTr="005370D2">
        <w:trPr>
          <w:jc w:val="center"/>
        </w:trPr>
        <w:tc>
          <w:tcPr>
            <w:tcW w:w="1930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9FF887" w14:textId="77777777" w:rsidR="00D52C5A" w:rsidRDefault="00000000">
            <w:pPr>
              <w:spacing w:after="0"/>
            </w:pPr>
            <w:r>
              <w:rPr>
                <w:sz w:val="16"/>
              </w:rPr>
              <w:t>No shock vs. CS+15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0E4EFA" w14:textId="77777777" w:rsidR="00D52C5A" w:rsidRDefault="00000000">
            <w:pPr>
              <w:spacing w:after="0"/>
            </w:pPr>
            <w:r>
              <w:rPr>
                <w:sz w:val="16"/>
              </w:rPr>
              <w:t>0.365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F890EE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DCD893" w14:textId="77777777" w:rsidR="00D52C5A" w:rsidRDefault="00000000">
            <w:pPr>
              <w:spacing w:after="0"/>
            </w:pPr>
            <w:r>
              <w:rPr>
                <w:sz w:val="16"/>
              </w:rPr>
              <w:t>6.624</w:t>
            </w:r>
          </w:p>
        </w:tc>
        <w:tc>
          <w:tcPr>
            <w:tcW w:w="1930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6D3846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40F3E3A0" w14:textId="77777777" w:rsidTr="005370D2">
        <w:trPr>
          <w:jc w:val="center"/>
        </w:trPr>
        <w:tc>
          <w:tcPr>
            <w:tcW w:w="1930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CE64A9" w14:textId="77777777" w:rsidR="00D52C5A" w:rsidRDefault="00000000">
            <w:pPr>
              <w:spacing w:after="0"/>
            </w:pPr>
            <w:r>
              <w:rPr>
                <w:sz w:val="16"/>
              </w:rPr>
              <w:t>No shock vs. CS+3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F89099" w14:textId="77777777" w:rsidR="00D52C5A" w:rsidRDefault="00000000">
            <w:pPr>
              <w:spacing w:after="0"/>
            </w:pPr>
            <w:r>
              <w:rPr>
                <w:sz w:val="16"/>
              </w:rPr>
              <w:t>0.142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CFF1F6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821C93" w14:textId="77777777" w:rsidR="00D52C5A" w:rsidRDefault="00000000">
            <w:pPr>
              <w:spacing w:after="0"/>
            </w:pPr>
            <w:r>
              <w:rPr>
                <w:sz w:val="16"/>
              </w:rPr>
              <w:t>2.361</w:t>
            </w:r>
          </w:p>
        </w:tc>
        <w:tc>
          <w:tcPr>
            <w:tcW w:w="1930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8EF259" w14:textId="77777777" w:rsidR="00D52C5A" w:rsidRDefault="00000000">
            <w:pPr>
              <w:spacing w:after="0"/>
            </w:pPr>
            <w:r>
              <w:rPr>
                <w:sz w:val="16"/>
              </w:rPr>
              <w:t>0.249</w:t>
            </w:r>
          </w:p>
        </w:tc>
      </w:tr>
      <w:tr w:rsidR="00D52C5A" w14:paraId="71A92C60" w14:textId="77777777" w:rsidTr="005370D2">
        <w:trPr>
          <w:jc w:val="center"/>
        </w:trPr>
        <w:tc>
          <w:tcPr>
            <w:tcW w:w="1930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7039CE" w14:textId="77777777" w:rsidR="00D52C5A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7668C05" w14:textId="77777777" w:rsidR="00D52C5A" w:rsidRDefault="00000000">
            <w:pPr>
              <w:spacing w:after="0"/>
            </w:pPr>
            <w:r>
              <w:rPr>
                <w:sz w:val="16"/>
              </w:rPr>
              <w:t>0.223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168325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B1E86D" w14:textId="77777777" w:rsidR="00D52C5A" w:rsidRDefault="00000000">
            <w:pPr>
              <w:spacing w:after="0"/>
            </w:pPr>
            <w:r>
              <w:rPr>
                <w:sz w:val="16"/>
              </w:rPr>
              <w:t>3.852</w:t>
            </w:r>
          </w:p>
        </w:tc>
        <w:tc>
          <w:tcPr>
            <w:tcW w:w="1930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2E6A19" w14:textId="77777777" w:rsidR="00D52C5A" w:rsidRDefault="00000000">
            <w:pPr>
              <w:spacing w:after="0"/>
            </w:pPr>
            <w:r>
              <w:rPr>
                <w:sz w:val="16"/>
              </w:rPr>
              <w:t>0.039*</w:t>
            </w:r>
          </w:p>
        </w:tc>
      </w:tr>
    </w:tbl>
    <w:p w14:paraId="02186347" w14:textId="77777777" w:rsidR="00D52C5A" w:rsidRDefault="00000000">
      <w:pPr>
        <w:spacing w:before="120" w:after="40"/>
      </w:pPr>
      <w:r>
        <w:rPr>
          <w:b/>
        </w:rPr>
        <w:t>Fig. 8f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416A1E3B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A54CC4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7F015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62C35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EBBF22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106AD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DFC51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9927D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99980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42F7C194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16A789" w14:textId="3D4A33D1" w:rsidR="00D52C5A" w:rsidRDefault="005370D2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25EE0A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29C31C" w14:textId="77777777" w:rsidR="00D52C5A" w:rsidRDefault="00000000">
            <w:pPr>
              <w:spacing w:after="0"/>
            </w:pPr>
            <w:r>
              <w:rPr>
                <w:sz w:val="16"/>
              </w:rPr>
              <w:t>1.474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2EDBF7" w14:textId="77777777" w:rsidR="00D52C5A" w:rsidRDefault="00000000">
            <w:pPr>
              <w:spacing w:after="0"/>
            </w:pPr>
            <w:r>
              <w:rPr>
                <w:sz w:val="16"/>
              </w:rPr>
              <w:t>0.737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B987EB" w14:textId="77777777" w:rsidR="00D52C5A" w:rsidRDefault="00000000">
            <w:pPr>
              <w:spacing w:after="0"/>
            </w:pPr>
            <w:r>
              <w:rPr>
                <w:sz w:val="16"/>
              </w:rPr>
              <w:t>18.566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A01F82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E58F99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C2C476" w14:textId="77777777" w:rsidR="00D52C5A" w:rsidRDefault="00000000">
            <w:pPr>
              <w:spacing w:after="0"/>
            </w:pPr>
            <w:r>
              <w:rPr>
                <w:sz w:val="16"/>
              </w:rPr>
              <w:t>0.71</w:t>
            </w:r>
          </w:p>
        </w:tc>
      </w:tr>
      <w:tr w:rsidR="00D52C5A" w14:paraId="0476DBF6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CA1505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953AE2" w14:textId="77777777" w:rsidR="00D52C5A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00B052" w14:textId="77777777" w:rsidR="00D52C5A" w:rsidRDefault="00000000">
            <w:pPr>
              <w:spacing w:after="0"/>
            </w:pPr>
            <w:r>
              <w:rPr>
                <w:sz w:val="16"/>
              </w:rPr>
              <w:t>0.131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78E075" w14:textId="77777777" w:rsidR="00D52C5A" w:rsidRDefault="00000000">
            <w:pPr>
              <w:spacing w:after="0"/>
            </w:pPr>
            <w:r>
              <w:rPr>
                <w:sz w:val="16"/>
              </w:rPr>
              <w:t>0.0656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47917D" w14:textId="77777777" w:rsidR="00D52C5A" w:rsidRDefault="00000000">
            <w:pPr>
              <w:spacing w:after="0"/>
            </w:pPr>
            <w:r>
              <w:rPr>
                <w:sz w:val="16"/>
              </w:rPr>
              <w:t>1.509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A54FF7" w14:textId="77777777" w:rsidR="00D52C5A" w:rsidRDefault="00000000">
            <w:pPr>
              <w:spacing w:after="0"/>
            </w:pPr>
            <w:r>
              <w:rPr>
                <w:sz w:val="16"/>
              </w:rPr>
              <w:t>2, 26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F96B42" w14:textId="77777777" w:rsidR="00D52C5A" w:rsidRDefault="00000000">
            <w:pPr>
              <w:spacing w:after="0"/>
            </w:pPr>
            <w:r>
              <w:rPr>
                <w:sz w:val="16"/>
              </w:rPr>
              <w:t>0.240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94831D" w14:textId="77777777" w:rsidR="00D52C5A" w:rsidRDefault="00000000">
            <w:pPr>
              <w:spacing w:after="0"/>
            </w:pPr>
            <w:r>
              <w:rPr>
                <w:sz w:val="16"/>
              </w:rPr>
              <w:t>0.10</w:t>
            </w:r>
          </w:p>
        </w:tc>
      </w:tr>
      <w:tr w:rsidR="00D52C5A" w14:paraId="2FBDBE74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E11979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9B1E21" w14:textId="6A836051" w:rsidR="00D52C5A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5370D2">
              <w:rPr>
                <w:sz w:val="16"/>
              </w:rPr>
              <w:t>Frequency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DFDCC2" w14:textId="77777777" w:rsidR="00D52C5A" w:rsidRDefault="00000000">
            <w:pPr>
              <w:spacing w:after="0"/>
            </w:pPr>
            <w:r>
              <w:rPr>
                <w:sz w:val="16"/>
              </w:rPr>
              <w:t>0.185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24F995" w14:textId="77777777" w:rsidR="00D52C5A" w:rsidRDefault="00000000">
            <w:pPr>
              <w:spacing w:after="0"/>
            </w:pPr>
            <w:r>
              <w:rPr>
                <w:sz w:val="16"/>
              </w:rPr>
              <w:t>0.0462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87B3AE" w14:textId="77777777" w:rsidR="00D52C5A" w:rsidRDefault="00000000">
            <w:pPr>
              <w:spacing w:after="0"/>
            </w:pPr>
            <w:r>
              <w:rPr>
                <w:sz w:val="16"/>
              </w:rPr>
              <w:t>1.062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04D8EC" w14:textId="77777777" w:rsidR="00D52C5A" w:rsidRDefault="00000000">
            <w:pPr>
              <w:spacing w:after="0"/>
            </w:pPr>
            <w:r>
              <w:rPr>
                <w:sz w:val="16"/>
              </w:rPr>
              <w:t>4, 26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702D736" w14:textId="77777777" w:rsidR="00D52C5A" w:rsidRDefault="00000000">
            <w:pPr>
              <w:spacing w:after="0"/>
            </w:pPr>
            <w:r>
              <w:rPr>
                <w:sz w:val="16"/>
              </w:rPr>
              <w:t>0.395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0707A9" w14:textId="77777777" w:rsidR="00D52C5A" w:rsidRDefault="00000000">
            <w:pPr>
              <w:spacing w:after="0"/>
            </w:pPr>
            <w:r>
              <w:rPr>
                <w:sz w:val="16"/>
              </w:rPr>
              <w:t>0.14</w:t>
            </w:r>
          </w:p>
        </w:tc>
      </w:tr>
    </w:tbl>
    <w:p w14:paraId="1D403CBD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29"/>
        <w:gridCol w:w="1930"/>
        <w:gridCol w:w="1929"/>
        <w:gridCol w:w="1930"/>
        <w:gridCol w:w="1930"/>
      </w:tblGrid>
      <w:tr w:rsidR="00D52C5A" w14:paraId="606FDEF2" w14:textId="77777777" w:rsidTr="005370D2">
        <w:trPr>
          <w:jc w:val="center"/>
        </w:trPr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66D4E9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02B59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FDAF4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3B45C9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F112E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11299C27" w14:textId="77777777" w:rsidTr="005370D2">
        <w:trPr>
          <w:jc w:val="center"/>
        </w:trPr>
        <w:tc>
          <w:tcPr>
            <w:tcW w:w="1930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C8C361" w14:textId="77777777" w:rsidR="00D52C5A" w:rsidRDefault="00000000">
            <w:pPr>
              <w:spacing w:after="0"/>
            </w:pPr>
            <w:r>
              <w:rPr>
                <w:sz w:val="16"/>
              </w:rPr>
              <w:t>No shock vs. CS+15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FC356F" w14:textId="77777777" w:rsidR="00D52C5A" w:rsidRDefault="00000000">
            <w:pPr>
              <w:spacing w:after="0"/>
            </w:pPr>
            <w:r>
              <w:rPr>
                <w:sz w:val="16"/>
              </w:rPr>
              <w:t>0.451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9AAAF6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9D455B" w14:textId="77777777" w:rsidR="00D52C5A" w:rsidRDefault="00000000">
            <w:pPr>
              <w:spacing w:after="0"/>
            </w:pPr>
            <w:r>
              <w:rPr>
                <w:sz w:val="16"/>
              </w:rPr>
              <w:t>8.650</w:t>
            </w:r>
          </w:p>
        </w:tc>
        <w:tc>
          <w:tcPr>
            <w:tcW w:w="1930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7A916B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670ECD90" w14:textId="77777777" w:rsidTr="005370D2">
        <w:trPr>
          <w:jc w:val="center"/>
        </w:trPr>
        <w:tc>
          <w:tcPr>
            <w:tcW w:w="1930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4583566" w14:textId="77777777" w:rsidR="00D52C5A" w:rsidRDefault="00000000">
            <w:pPr>
              <w:spacing w:after="0"/>
            </w:pPr>
            <w:r>
              <w:rPr>
                <w:sz w:val="16"/>
              </w:rPr>
              <w:t>No shock vs. CS+3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054A7E" w14:textId="77777777" w:rsidR="00D52C5A" w:rsidRDefault="00000000">
            <w:pPr>
              <w:spacing w:after="0"/>
            </w:pPr>
            <w:r>
              <w:rPr>
                <w:sz w:val="16"/>
              </w:rPr>
              <w:t>0.284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07A5B5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6CD3BE" w14:textId="77777777" w:rsidR="00D52C5A" w:rsidRDefault="00000000">
            <w:pPr>
              <w:spacing w:after="0"/>
            </w:pPr>
            <w:r>
              <w:rPr>
                <w:sz w:val="16"/>
              </w:rPr>
              <w:t>5.176</w:t>
            </w:r>
          </w:p>
        </w:tc>
        <w:tc>
          <w:tcPr>
            <w:tcW w:w="1930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03E256" w14:textId="77777777" w:rsidR="00D52C5A" w:rsidRDefault="00000000">
            <w:pPr>
              <w:spacing w:after="0"/>
            </w:pPr>
            <w:r>
              <w:rPr>
                <w:sz w:val="16"/>
              </w:rPr>
              <w:t>0.006**</w:t>
            </w:r>
          </w:p>
        </w:tc>
      </w:tr>
      <w:tr w:rsidR="00D52C5A" w14:paraId="35A4C5AE" w14:textId="77777777" w:rsidTr="005370D2">
        <w:trPr>
          <w:jc w:val="center"/>
        </w:trPr>
        <w:tc>
          <w:tcPr>
            <w:tcW w:w="1930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F102BA" w14:textId="77777777" w:rsidR="00D52C5A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02653F" w14:textId="77777777" w:rsidR="00D52C5A" w:rsidRDefault="00000000">
            <w:pPr>
              <w:spacing w:after="0"/>
            </w:pPr>
            <w:r>
              <w:rPr>
                <w:sz w:val="16"/>
              </w:rPr>
              <w:t>0.167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0F30D43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75081FB" w14:textId="77777777" w:rsidR="00D52C5A" w:rsidRDefault="00000000">
            <w:pPr>
              <w:spacing w:after="0"/>
            </w:pPr>
            <w:r>
              <w:rPr>
                <w:sz w:val="16"/>
              </w:rPr>
              <w:t>3.450</w:t>
            </w:r>
          </w:p>
        </w:tc>
        <w:tc>
          <w:tcPr>
            <w:tcW w:w="1930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974E54" w14:textId="77777777" w:rsidR="00D52C5A" w:rsidRDefault="00000000">
            <w:pPr>
              <w:spacing w:after="0"/>
            </w:pPr>
            <w:r>
              <w:rPr>
                <w:sz w:val="16"/>
              </w:rPr>
              <w:t>0.067</w:t>
            </w:r>
          </w:p>
        </w:tc>
      </w:tr>
    </w:tbl>
    <w:p w14:paraId="0D4083E6" w14:textId="77777777" w:rsidR="00D52C5A" w:rsidRDefault="00000000">
      <w:pPr>
        <w:spacing w:before="120" w:after="40"/>
      </w:pPr>
      <w:r>
        <w:rPr>
          <w:b/>
        </w:rPr>
        <w:t>Fig. 8g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1C9E28C8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10C04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0AE618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E149B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D6F0F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E6FFC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EF8382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94E2C7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CCA9E2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415C617E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8F46C9" w14:textId="7C66FC09" w:rsidR="00D52C5A" w:rsidRDefault="005370D2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9B8DD2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9C946C" w14:textId="77777777" w:rsidR="00D52C5A" w:rsidRDefault="00000000">
            <w:pPr>
              <w:spacing w:after="0"/>
            </w:pPr>
            <w:r>
              <w:rPr>
                <w:sz w:val="16"/>
              </w:rPr>
              <w:t>0.149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F6B29F" w14:textId="77777777" w:rsidR="00D52C5A" w:rsidRDefault="00000000">
            <w:pPr>
              <w:spacing w:after="0"/>
            </w:pPr>
            <w:r>
              <w:rPr>
                <w:sz w:val="16"/>
              </w:rPr>
              <w:t>0.0746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2F7139" w14:textId="77777777" w:rsidR="00D52C5A" w:rsidRDefault="00000000">
            <w:pPr>
              <w:spacing w:after="0"/>
            </w:pPr>
            <w:r>
              <w:rPr>
                <w:sz w:val="16"/>
              </w:rPr>
              <w:t>4.47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179462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A47D64" w14:textId="77777777" w:rsidR="00D52C5A" w:rsidRDefault="00000000">
            <w:pPr>
              <w:spacing w:after="0"/>
            </w:pPr>
            <w:r>
              <w:rPr>
                <w:sz w:val="16"/>
              </w:rPr>
              <w:t>0.030*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66B6707" w14:textId="77777777" w:rsidR="00D52C5A" w:rsidRDefault="00000000">
            <w:pPr>
              <w:spacing w:after="0"/>
            </w:pPr>
            <w:r>
              <w:rPr>
                <w:sz w:val="16"/>
              </w:rPr>
              <w:t>0.37</w:t>
            </w:r>
          </w:p>
        </w:tc>
      </w:tr>
      <w:tr w:rsidR="00D52C5A" w14:paraId="60D2FBBD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014F279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A6BB51" w14:textId="77777777" w:rsidR="00D52C5A" w:rsidRDefault="00000000">
            <w:pPr>
              <w:spacing w:after="0"/>
            </w:pPr>
            <w:r>
              <w:rPr>
                <w:sz w:val="16"/>
              </w:rPr>
              <w:t>Day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6CBE1C" w14:textId="77777777" w:rsidR="00D52C5A" w:rsidRDefault="00000000">
            <w:pPr>
              <w:spacing w:after="0"/>
            </w:pPr>
            <w:r>
              <w:rPr>
                <w:sz w:val="16"/>
              </w:rPr>
              <w:t>0.261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C60E0A" w14:textId="77777777" w:rsidR="00D52C5A" w:rsidRDefault="00000000">
            <w:pPr>
              <w:spacing w:after="0"/>
            </w:pPr>
            <w:r>
              <w:rPr>
                <w:sz w:val="16"/>
              </w:rPr>
              <w:t>0.261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15759E" w14:textId="77777777" w:rsidR="00D52C5A" w:rsidRDefault="00000000">
            <w:pPr>
              <w:spacing w:after="0"/>
            </w:pPr>
            <w:r>
              <w:rPr>
                <w:sz w:val="16"/>
              </w:rPr>
              <w:t>39.684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4DFC06" w14:textId="77777777" w:rsidR="00D52C5A" w:rsidRDefault="00000000">
            <w:pPr>
              <w:spacing w:after="0"/>
            </w:pPr>
            <w:r>
              <w:rPr>
                <w:sz w:val="16"/>
              </w:rPr>
              <w:t>1, 15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CA52EA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DBA198" w14:textId="77777777" w:rsidR="00D52C5A" w:rsidRDefault="00000000">
            <w:pPr>
              <w:spacing w:after="0"/>
            </w:pPr>
            <w:r>
              <w:rPr>
                <w:sz w:val="16"/>
              </w:rPr>
              <w:t>0.73</w:t>
            </w:r>
          </w:p>
        </w:tc>
      </w:tr>
      <w:tr w:rsidR="00D52C5A" w14:paraId="54B61843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910725B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FFC7BB" w14:textId="77777777" w:rsidR="00D52C5A" w:rsidRDefault="00000000">
            <w:pPr>
              <w:spacing w:after="0"/>
            </w:pPr>
            <w:r>
              <w:rPr>
                <w:sz w:val="16"/>
              </w:rPr>
              <w:t>Group x Day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9E0D07" w14:textId="77777777" w:rsidR="00D52C5A" w:rsidRDefault="00000000">
            <w:pPr>
              <w:spacing w:after="0"/>
            </w:pPr>
            <w:r>
              <w:rPr>
                <w:sz w:val="16"/>
              </w:rPr>
              <w:t>0.174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6692F1" w14:textId="77777777" w:rsidR="00D52C5A" w:rsidRDefault="00000000">
            <w:pPr>
              <w:spacing w:after="0"/>
            </w:pPr>
            <w:r>
              <w:rPr>
                <w:sz w:val="16"/>
              </w:rPr>
              <w:t>0.087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2019BE" w14:textId="77777777" w:rsidR="00D52C5A" w:rsidRDefault="00000000">
            <w:pPr>
              <w:spacing w:after="0"/>
            </w:pPr>
            <w:r>
              <w:rPr>
                <w:sz w:val="16"/>
              </w:rPr>
              <w:t>13.233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8860F9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FCE6DC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2313474" w14:textId="77777777" w:rsidR="00D52C5A" w:rsidRDefault="00000000">
            <w:pPr>
              <w:spacing w:after="0"/>
            </w:pPr>
            <w:r>
              <w:rPr>
                <w:sz w:val="16"/>
              </w:rPr>
              <w:t>0.64</w:t>
            </w:r>
          </w:p>
        </w:tc>
      </w:tr>
    </w:tbl>
    <w:p w14:paraId="68CD9F2D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D52C5A" w14:paraId="1573341B" w14:textId="77777777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605D3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Factor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2E4AE9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0BC09B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E8F90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A5C7D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F0AEE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3905FE0E" w14:textId="77777777">
        <w:trPr>
          <w:jc w:val="center"/>
        </w:trPr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A2B543" w14:textId="77777777" w:rsidR="00D52C5A" w:rsidRDefault="00000000">
            <w:pPr>
              <w:spacing w:after="0"/>
            </w:pPr>
            <w:r>
              <w:rPr>
                <w:sz w:val="16"/>
              </w:rPr>
              <w:lastRenderedPageBreak/>
              <w:t>within CS+15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10DA28" w14:textId="77777777" w:rsidR="00D52C5A" w:rsidRDefault="00000000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8DEC19" w14:textId="77777777" w:rsidR="00D52C5A" w:rsidRDefault="00000000">
            <w:pPr>
              <w:spacing w:after="0"/>
            </w:pPr>
            <w:r>
              <w:rPr>
                <w:sz w:val="16"/>
              </w:rPr>
              <w:t>0.343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A7646E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C4B8A3" w14:textId="77777777" w:rsidR="00D52C5A" w:rsidRDefault="00000000">
            <w:pPr>
              <w:spacing w:after="0"/>
            </w:pPr>
            <w:r>
              <w:rPr>
                <w:sz w:val="16"/>
              </w:rPr>
              <w:t>11.207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EC159C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3DE5E193" w14:textId="77777777">
        <w:trPr>
          <w:jc w:val="center"/>
        </w:trPr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F026A5" w14:textId="77777777" w:rsidR="00D52C5A" w:rsidRDefault="00000000">
            <w:pPr>
              <w:spacing w:after="0"/>
            </w:pPr>
            <w:r>
              <w:rPr>
                <w:sz w:val="16"/>
              </w:rPr>
              <w:t>within CS+3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074D53" w14:textId="77777777" w:rsidR="00D52C5A" w:rsidRDefault="00000000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2E4AA3" w14:textId="77777777" w:rsidR="00D52C5A" w:rsidRDefault="00000000">
            <w:pPr>
              <w:spacing w:after="0"/>
            </w:pPr>
            <w:r>
              <w:rPr>
                <w:sz w:val="16"/>
              </w:rPr>
              <w:t>0.154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F20EC0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2CDD27" w14:textId="77777777" w:rsidR="00D52C5A" w:rsidRDefault="00000000">
            <w:pPr>
              <w:spacing w:after="0"/>
            </w:pPr>
            <w:r>
              <w:rPr>
                <w:sz w:val="16"/>
              </w:rPr>
              <w:t>4.257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2CEF52" w14:textId="77777777" w:rsidR="00D52C5A" w:rsidRDefault="00000000">
            <w:pPr>
              <w:spacing w:after="0"/>
            </w:pPr>
            <w:r>
              <w:rPr>
                <w:sz w:val="16"/>
              </w:rPr>
              <w:t>&lt; 0.009**</w:t>
            </w:r>
          </w:p>
        </w:tc>
      </w:tr>
      <w:tr w:rsidR="00D52C5A" w14:paraId="1A344839" w14:textId="77777777" w:rsidTr="005370D2">
        <w:trPr>
          <w:jc w:val="center"/>
        </w:trPr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0B9480" w14:textId="77777777" w:rsidR="00D52C5A" w:rsidRDefault="00000000">
            <w:pPr>
              <w:spacing w:after="0"/>
            </w:pPr>
            <w:r>
              <w:rPr>
                <w:sz w:val="16"/>
              </w:rPr>
              <w:t>within No shock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4CD302" w14:textId="77777777" w:rsidR="00D52C5A" w:rsidRDefault="00000000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47CBC4" w14:textId="77777777" w:rsidR="00D52C5A" w:rsidRDefault="00000000">
            <w:pPr>
              <w:spacing w:after="0"/>
            </w:pPr>
            <w:r>
              <w:rPr>
                <w:sz w:val="16"/>
              </w:rPr>
              <w:t>0.0178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610874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8E1359" w14:textId="77777777" w:rsidR="00D52C5A" w:rsidRDefault="00000000">
            <w:pPr>
              <w:spacing w:after="0"/>
            </w:pPr>
            <w:r>
              <w:rPr>
                <w:sz w:val="16"/>
              </w:rPr>
              <w:t>0.538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890290" w14:textId="77777777" w:rsidR="00D52C5A" w:rsidRDefault="00000000">
            <w:pPr>
              <w:spacing w:after="0"/>
            </w:pPr>
            <w:r>
              <w:rPr>
                <w:sz w:val="16"/>
              </w:rPr>
              <w:t>0.709</w:t>
            </w:r>
          </w:p>
        </w:tc>
      </w:tr>
      <w:tr w:rsidR="00D52C5A" w14:paraId="10562684" w14:textId="77777777" w:rsidTr="005370D2">
        <w:trPr>
          <w:jc w:val="center"/>
        </w:trPr>
        <w:tc>
          <w:tcPr>
            <w:tcW w:w="1608" w:type="dxa"/>
            <w:tcBorders>
              <w:top w:val="single" w:sz="4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C37A7D" w14:textId="77777777" w:rsidR="00D52C5A" w:rsidRDefault="00000000">
            <w:pPr>
              <w:spacing w:after="0"/>
            </w:pPr>
            <w:r>
              <w:rPr>
                <w:sz w:val="16"/>
              </w:rPr>
              <w:t>within freezing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3EE7B4" w14:textId="77777777" w:rsidR="00D52C5A" w:rsidRDefault="00000000">
            <w:pPr>
              <w:spacing w:after="0"/>
            </w:pPr>
            <w:r>
              <w:rPr>
                <w:sz w:val="16"/>
              </w:rPr>
              <w:t>No shock vs. CS+15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4B9326" w14:textId="77777777" w:rsidR="00D52C5A" w:rsidRDefault="00000000">
            <w:pPr>
              <w:spacing w:after="0"/>
            </w:pPr>
            <w:r>
              <w:rPr>
                <w:sz w:val="16"/>
              </w:rPr>
              <w:t>0.0125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658D978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9BAF72" w14:textId="77777777" w:rsidR="00D52C5A" w:rsidRDefault="00000000">
            <w:pPr>
              <w:spacing w:after="0"/>
            </w:pPr>
            <w:r>
              <w:rPr>
                <w:sz w:val="16"/>
              </w:rPr>
              <w:t>0.294</w:t>
            </w:r>
          </w:p>
        </w:tc>
        <w:tc>
          <w:tcPr>
            <w:tcW w:w="1608" w:type="dxa"/>
            <w:tcBorders>
              <w:top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A67151" w14:textId="77777777" w:rsidR="00D52C5A" w:rsidRDefault="00000000">
            <w:pPr>
              <w:spacing w:after="0"/>
            </w:pPr>
            <w:r>
              <w:rPr>
                <w:sz w:val="16"/>
              </w:rPr>
              <w:t>0.977</w:t>
            </w:r>
          </w:p>
        </w:tc>
      </w:tr>
      <w:tr w:rsidR="00D52C5A" w14:paraId="4E3FA8FE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10539E" w14:textId="77777777" w:rsidR="00D52C5A" w:rsidRDefault="00D52C5A">
            <w:pPr>
              <w:spacing w:after="0"/>
            </w:pP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64C10C" w14:textId="77777777" w:rsidR="00D52C5A" w:rsidRDefault="00000000">
            <w:pPr>
              <w:spacing w:after="0"/>
            </w:pPr>
            <w:r>
              <w:rPr>
                <w:sz w:val="16"/>
              </w:rPr>
              <w:t>No shock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4EAB5F" w14:textId="77777777" w:rsidR="00D52C5A" w:rsidRDefault="00000000">
            <w:pPr>
              <w:spacing w:after="0"/>
            </w:pPr>
            <w:r>
              <w:rPr>
                <w:sz w:val="16"/>
              </w:rPr>
              <w:t>0.00849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2113654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5DEDB1" w14:textId="77777777" w:rsidR="00D52C5A" w:rsidRDefault="00000000">
            <w:pPr>
              <w:spacing w:after="0"/>
            </w:pPr>
            <w:r>
              <w:rPr>
                <w:sz w:val="16"/>
              </w:rPr>
              <w:t>0.184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74431D" w14:textId="77777777" w:rsidR="00D52C5A" w:rsidRDefault="00000000">
            <w:pPr>
              <w:spacing w:after="0"/>
            </w:pPr>
            <w:r>
              <w:rPr>
                <w:sz w:val="16"/>
              </w:rPr>
              <w:t>0.991</w:t>
            </w:r>
          </w:p>
        </w:tc>
      </w:tr>
      <w:tr w:rsidR="00D52C5A" w14:paraId="2776DFFD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43030B" w14:textId="77777777" w:rsidR="00D52C5A" w:rsidRDefault="00D52C5A">
            <w:pPr>
              <w:spacing w:after="0"/>
            </w:pP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D8B6FA" w14:textId="77777777" w:rsidR="00D52C5A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F089F0" w14:textId="77777777" w:rsidR="00D52C5A" w:rsidRDefault="00000000">
            <w:pPr>
              <w:spacing w:after="0"/>
            </w:pPr>
            <w:r>
              <w:rPr>
                <w:sz w:val="16"/>
              </w:rPr>
              <w:t>0.00397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E86BFD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83C4C5" w14:textId="77777777" w:rsidR="00D52C5A" w:rsidRDefault="00000000">
            <w:pPr>
              <w:spacing w:after="0"/>
            </w:pPr>
            <w:r>
              <w:rPr>
                <w:sz w:val="16"/>
              </w:rPr>
              <w:t>0.0889</w:t>
            </w:r>
          </w:p>
        </w:tc>
        <w:tc>
          <w:tcPr>
            <w:tcW w:w="1608" w:type="dxa"/>
            <w:tcBorders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2076B4" w14:textId="77777777" w:rsidR="00D52C5A" w:rsidRDefault="00000000">
            <w:pPr>
              <w:spacing w:after="0"/>
            </w:pPr>
            <w:r>
              <w:rPr>
                <w:sz w:val="16"/>
              </w:rPr>
              <w:t>0.998</w:t>
            </w:r>
          </w:p>
        </w:tc>
      </w:tr>
      <w:tr w:rsidR="00D52C5A" w14:paraId="39282C6B" w14:textId="77777777" w:rsidTr="005370D2">
        <w:trPr>
          <w:jc w:val="center"/>
        </w:trPr>
        <w:tc>
          <w:tcPr>
            <w:tcW w:w="1608" w:type="dxa"/>
            <w:tcBorders>
              <w:top w:val="single" w:sz="4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7BA57C" w14:textId="77777777" w:rsidR="00D52C5A" w:rsidRDefault="00000000">
            <w:pPr>
              <w:spacing w:after="0"/>
            </w:pPr>
            <w:r>
              <w:rPr>
                <w:sz w:val="16"/>
              </w:rPr>
              <w:t>within tone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883ED8" w14:textId="77777777" w:rsidR="00D52C5A" w:rsidRDefault="00000000">
            <w:pPr>
              <w:spacing w:after="0"/>
            </w:pPr>
            <w:r>
              <w:rPr>
                <w:sz w:val="16"/>
              </w:rPr>
              <w:t>CS+15 vs. No shock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DFB22C" w14:textId="77777777" w:rsidR="00D52C5A" w:rsidRDefault="00000000">
            <w:pPr>
              <w:spacing w:after="0"/>
            </w:pPr>
            <w:r>
              <w:rPr>
                <w:sz w:val="16"/>
              </w:rPr>
              <w:t>0.313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C30353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63499E" w14:textId="77777777" w:rsidR="00D52C5A" w:rsidRDefault="00000000">
            <w:pPr>
              <w:spacing w:after="0"/>
            </w:pPr>
            <w:r>
              <w:rPr>
                <w:sz w:val="16"/>
              </w:rPr>
              <w:t>7.379</w:t>
            </w:r>
          </w:p>
        </w:tc>
        <w:tc>
          <w:tcPr>
            <w:tcW w:w="1608" w:type="dxa"/>
            <w:tcBorders>
              <w:top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0BEA4B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302B2401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3CDCC3" w14:textId="77777777" w:rsidR="00D52C5A" w:rsidRDefault="00D52C5A">
            <w:pPr>
              <w:spacing w:after="0"/>
            </w:pP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AEE0127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AF069E" w14:textId="77777777" w:rsidR="00D52C5A" w:rsidRDefault="00000000">
            <w:pPr>
              <w:spacing w:after="0"/>
            </w:pPr>
            <w:r>
              <w:rPr>
                <w:sz w:val="16"/>
              </w:rPr>
              <w:t>0.185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9D9FE2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0B7BB1" w14:textId="77777777" w:rsidR="00D52C5A" w:rsidRDefault="00000000">
            <w:pPr>
              <w:spacing w:after="0"/>
            </w:pPr>
            <w:r>
              <w:rPr>
                <w:sz w:val="16"/>
              </w:rPr>
              <w:t>4.144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94FFEE" w14:textId="77777777" w:rsidR="00D52C5A" w:rsidRDefault="00000000">
            <w:pPr>
              <w:spacing w:after="0"/>
            </w:pPr>
            <w:r>
              <w:rPr>
                <w:sz w:val="16"/>
              </w:rPr>
              <w:t>0.019*</w:t>
            </w:r>
          </w:p>
        </w:tc>
      </w:tr>
      <w:tr w:rsidR="00D52C5A" w14:paraId="047D5316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110C57" w14:textId="77777777" w:rsidR="00D52C5A" w:rsidRDefault="00D52C5A">
            <w:pPr>
              <w:spacing w:after="0"/>
            </w:pP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130E24" w14:textId="77777777" w:rsidR="00D52C5A" w:rsidRDefault="00000000">
            <w:pPr>
              <w:spacing w:after="0"/>
            </w:pPr>
            <w:r>
              <w:rPr>
                <w:sz w:val="16"/>
              </w:rPr>
              <w:t>CS+3 vs. No shock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125F2F" w14:textId="77777777" w:rsidR="00D52C5A" w:rsidRDefault="00000000">
            <w:pPr>
              <w:spacing w:after="0"/>
            </w:pPr>
            <w:r>
              <w:rPr>
                <w:sz w:val="16"/>
              </w:rPr>
              <w:t>0.128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4DA7253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60DBDA" w14:textId="77777777" w:rsidR="00D52C5A" w:rsidRDefault="00000000">
            <w:pPr>
              <w:spacing w:after="0"/>
            </w:pPr>
            <w:r>
              <w:rPr>
                <w:sz w:val="16"/>
              </w:rPr>
              <w:t>2.772</w:t>
            </w:r>
          </w:p>
        </w:tc>
        <w:tc>
          <w:tcPr>
            <w:tcW w:w="1608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DF2438" w14:textId="77777777" w:rsidR="00D52C5A" w:rsidRDefault="00000000">
            <w:pPr>
              <w:spacing w:after="0"/>
            </w:pPr>
            <w:r>
              <w:rPr>
                <w:sz w:val="16"/>
              </w:rPr>
              <w:t>0.143</w:t>
            </w:r>
          </w:p>
        </w:tc>
      </w:tr>
    </w:tbl>
    <w:p w14:paraId="56E92531" w14:textId="77777777" w:rsidR="00D52C5A" w:rsidRDefault="00000000">
      <w:pPr>
        <w:spacing w:before="120" w:after="40"/>
      </w:pPr>
      <w:r>
        <w:rPr>
          <w:b/>
        </w:rPr>
        <w:t>Fig. 8h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2CC30C18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44BD77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2550F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9F687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78B17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3D208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16F13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3131C2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4ECAB4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2BDC1C64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B3D11B" w14:textId="4931079A" w:rsidR="00D52C5A" w:rsidRDefault="005370D2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69D139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8C5E6F" w14:textId="77777777" w:rsidR="00D52C5A" w:rsidRDefault="00000000">
            <w:pPr>
              <w:spacing w:after="0"/>
            </w:pPr>
            <w:r>
              <w:rPr>
                <w:sz w:val="16"/>
              </w:rPr>
              <w:t>1464.631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0FA35D" w14:textId="77777777" w:rsidR="00D52C5A" w:rsidRDefault="00000000">
            <w:pPr>
              <w:spacing w:after="0"/>
            </w:pPr>
            <w:r>
              <w:rPr>
                <w:sz w:val="16"/>
              </w:rPr>
              <w:t>732.315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FAF4DD" w14:textId="77777777" w:rsidR="00D52C5A" w:rsidRDefault="00000000">
            <w:pPr>
              <w:spacing w:after="0"/>
            </w:pPr>
            <w:r>
              <w:rPr>
                <w:sz w:val="16"/>
              </w:rPr>
              <w:t>7.469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90801A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8F39AA" w14:textId="77777777" w:rsidR="00D52C5A" w:rsidRDefault="00000000">
            <w:pPr>
              <w:spacing w:after="0"/>
            </w:pPr>
            <w:r>
              <w:rPr>
                <w:sz w:val="16"/>
              </w:rPr>
              <w:t>0.005**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A40EE4" w14:textId="77777777" w:rsidR="00D52C5A" w:rsidRDefault="00000000">
            <w:pPr>
              <w:spacing w:after="0"/>
            </w:pPr>
            <w:r>
              <w:rPr>
                <w:sz w:val="16"/>
              </w:rPr>
              <w:t>0.50</w:t>
            </w:r>
          </w:p>
        </w:tc>
      </w:tr>
      <w:tr w:rsidR="00D52C5A" w14:paraId="4709CFB7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63A00D2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3E3F9E" w14:textId="77777777" w:rsidR="00D52C5A" w:rsidRDefault="00000000">
            <w:pPr>
              <w:spacing w:after="0"/>
            </w:pPr>
            <w:r>
              <w:rPr>
                <w:sz w:val="16"/>
              </w:rPr>
              <w:t>Day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1B8D9A" w14:textId="77777777" w:rsidR="00D52C5A" w:rsidRDefault="00000000">
            <w:pPr>
              <w:spacing w:after="0"/>
            </w:pPr>
            <w:r>
              <w:rPr>
                <w:sz w:val="16"/>
              </w:rPr>
              <w:t>177.73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143ACA" w14:textId="77777777" w:rsidR="00D52C5A" w:rsidRDefault="00000000">
            <w:pPr>
              <w:spacing w:after="0"/>
            </w:pPr>
            <w:r>
              <w:rPr>
                <w:sz w:val="16"/>
              </w:rPr>
              <w:t>88.865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203C50" w14:textId="77777777" w:rsidR="00D52C5A" w:rsidRDefault="00000000">
            <w:pPr>
              <w:spacing w:after="0"/>
            </w:pPr>
            <w:r>
              <w:rPr>
                <w:sz w:val="16"/>
              </w:rPr>
              <w:t>1.756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B6963C" w14:textId="77777777" w:rsidR="00D52C5A" w:rsidRDefault="00000000">
            <w:pPr>
              <w:spacing w:after="0"/>
            </w:pPr>
            <w:r>
              <w:rPr>
                <w:sz w:val="16"/>
              </w:rPr>
              <w:t>2, 26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AE7F72" w14:textId="77777777" w:rsidR="00D52C5A" w:rsidRDefault="00000000">
            <w:pPr>
              <w:spacing w:after="0"/>
            </w:pPr>
            <w:r>
              <w:rPr>
                <w:sz w:val="16"/>
              </w:rPr>
              <w:t>0.193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5C17CC" w14:textId="77777777" w:rsidR="00D52C5A" w:rsidRDefault="00000000">
            <w:pPr>
              <w:spacing w:after="0"/>
            </w:pPr>
            <w:r>
              <w:rPr>
                <w:sz w:val="16"/>
              </w:rPr>
              <w:t>0.12</w:t>
            </w:r>
          </w:p>
        </w:tc>
      </w:tr>
      <w:tr w:rsidR="00D52C5A" w14:paraId="6D2A34F3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727AD1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DE8DDF" w14:textId="77777777" w:rsidR="00D52C5A" w:rsidRDefault="00000000">
            <w:pPr>
              <w:spacing w:after="0"/>
            </w:pPr>
            <w:r>
              <w:rPr>
                <w:sz w:val="16"/>
              </w:rPr>
              <w:t>Group x Day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F59E12" w14:textId="77777777" w:rsidR="00D52C5A" w:rsidRDefault="00000000">
            <w:pPr>
              <w:spacing w:after="0"/>
            </w:pPr>
            <w:r>
              <w:rPr>
                <w:sz w:val="16"/>
              </w:rPr>
              <w:t>1316.013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BDEE42" w14:textId="77777777" w:rsidR="00D52C5A" w:rsidRDefault="00000000">
            <w:pPr>
              <w:spacing w:after="0"/>
            </w:pPr>
            <w:r>
              <w:rPr>
                <w:sz w:val="16"/>
              </w:rPr>
              <w:t>23.848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6A2C06" w14:textId="77777777" w:rsidR="00D52C5A" w:rsidRDefault="00000000">
            <w:pPr>
              <w:spacing w:after="0"/>
            </w:pPr>
            <w:r>
              <w:rPr>
                <w:sz w:val="16"/>
              </w:rPr>
              <w:t>0.471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27B80C" w14:textId="77777777" w:rsidR="00D52C5A" w:rsidRDefault="00000000">
            <w:pPr>
              <w:spacing w:after="0"/>
            </w:pPr>
            <w:r>
              <w:rPr>
                <w:sz w:val="16"/>
              </w:rPr>
              <w:t>4, 26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CC8457" w14:textId="77777777" w:rsidR="00D52C5A" w:rsidRDefault="00000000">
            <w:pPr>
              <w:spacing w:after="0"/>
            </w:pPr>
            <w:r>
              <w:rPr>
                <w:sz w:val="16"/>
              </w:rPr>
              <w:t>0.756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FDF199" w14:textId="77777777" w:rsidR="00D52C5A" w:rsidRDefault="00000000">
            <w:pPr>
              <w:spacing w:after="0"/>
            </w:pPr>
            <w:r>
              <w:rPr>
                <w:sz w:val="16"/>
              </w:rPr>
              <w:t>0.07</w:t>
            </w:r>
          </w:p>
        </w:tc>
      </w:tr>
    </w:tbl>
    <w:p w14:paraId="073E3B3A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29"/>
        <w:gridCol w:w="1930"/>
        <w:gridCol w:w="1929"/>
        <w:gridCol w:w="1930"/>
        <w:gridCol w:w="1930"/>
      </w:tblGrid>
      <w:tr w:rsidR="00D52C5A" w14:paraId="5223E0C8" w14:textId="77777777" w:rsidTr="005370D2">
        <w:trPr>
          <w:jc w:val="center"/>
        </w:trPr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72D7BD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CB6C4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062BD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CC086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9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6C487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4B5EB711" w14:textId="77777777" w:rsidTr="005370D2">
        <w:trPr>
          <w:jc w:val="center"/>
        </w:trPr>
        <w:tc>
          <w:tcPr>
            <w:tcW w:w="1930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73284E" w14:textId="77777777" w:rsidR="00D52C5A" w:rsidRDefault="00000000">
            <w:pPr>
              <w:spacing w:after="0"/>
            </w:pPr>
            <w:r>
              <w:rPr>
                <w:sz w:val="16"/>
              </w:rPr>
              <w:t>No shock vs. CS+15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DE1565" w14:textId="77777777" w:rsidR="00D52C5A" w:rsidRDefault="00000000">
            <w:pPr>
              <w:spacing w:after="0"/>
            </w:pPr>
            <w:r>
              <w:rPr>
                <w:sz w:val="16"/>
              </w:rPr>
              <w:t>14.17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E7B475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02D495" w14:textId="77777777" w:rsidR="00D52C5A" w:rsidRDefault="00000000">
            <w:pPr>
              <w:spacing w:after="0"/>
            </w:pPr>
            <w:r>
              <w:rPr>
                <w:sz w:val="16"/>
              </w:rPr>
              <w:t>5.354</w:t>
            </w:r>
          </w:p>
        </w:tc>
        <w:tc>
          <w:tcPr>
            <w:tcW w:w="1930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A21725" w14:textId="77777777" w:rsidR="00D52C5A" w:rsidRDefault="00000000">
            <w:pPr>
              <w:spacing w:after="0"/>
            </w:pPr>
            <w:r>
              <w:rPr>
                <w:sz w:val="16"/>
              </w:rPr>
              <w:t>&lt; 0.005**</w:t>
            </w:r>
          </w:p>
        </w:tc>
      </w:tr>
      <w:tr w:rsidR="00D52C5A" w14:paraId="796038B4" w14:textId="77777777" w:rsidTr="005370D2">
        <w:trPr>
          <w:jc w:val="center"/>
        </w:trPr>
        <w:tc>
          <w:tcPr>
            <w:tcW w:w="1930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A1E2BE" w14:textId="77777777" w:rsidR="00D52C5A" w:rsidRDefault="00000000">
            <w:pPr>
              <w:spacing w:after="0"/>
            </w:pPr>
            <w:r>
              <w:rPr>
                <w:sz w:val="16"/>
              </w:rPr>
              <w:t>No shock vs. CS+3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844526" w14:textId="77777777" w:rsidR="00D52C5A" w:rsidRDefault="00000000">
            <w:pPr>
              <w:spacing w:after="0"/>
            </w:pPr>
            <w:r>
              <w:rPr>
                <w:sz w:val="16"/>
              </w:rPr>
              <w:t>8.058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5DB080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48F557" w14:textId="77777777" w:rsidR="00D52C5A" w:rsidRDefault="00000000">
            <w:pPr>
              <w:spacing w:after="0"/>
            </w:pPr>
            <w:r>
              <w:rPr>
                <w:sz w:val="16"/>
              </w:rPr>
              <w:t>2.890</w:t>
            </w:r>
          </w:p>
        </w:tc>
        <w:tc>
          <w:tcPr>
            <w:tcW w:w="1930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F8F873" w14:textId="77777777" w:rsidR="00D52C5A" w:rsidRDefault="00000000">
            <w:pPr>
              <w:spacing w:after="0"/>
            </w:pPr>
            <w:r>
              <w:rPr>
                <w:sz w:val="16"/>
              </w:rPr>
              <w:t>0.136</w:t>
            </w:r>
          </w:p>
        </w:tc>
      </w:tr>
      <w:tr w:rsidR="00D52C5A" w14:paraId="7EEAF28C" w14:textId="77777777" w:rsidTr="005370D2">
        <w:trPr>
          <w:jc w:val="center"/>
        </w:trPr>
        <w:tc>
          <w:tcPr>
            <w:tcW w:w="1930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6C44ED" w14:textId="77777777" w:rsidR="00D52C5A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9D3BE7" w14:textId="77777777" w:rsidR="00D52C5A" w:rsidRDefault="00000000">
            <w:pPr>
              <w:spacing w:after="0"/>
            </w:pPr>
            <w:r>
              <w:rPr>
                <w:sz w:val="16"/>
              </w:rPr>
              <w:t>6.112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0FAD83" w14:textId="77777777" w:rsidR="00D52C5A" w:rsidRDefault="00000000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930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E8054F3" w14:textId="77777777" w:rsidR="00D52C5A" w:rsidRDefault="00000000">
            <w:pPr>
              <w:spacing w:after="0"/>
            </w:pPr>
            <w:r>
              <w:rPr>
                <w:sz w:val="16"/>
              </w:rPr>
              <w:t>2.492</w:t>
            </w:r>
          </w:p>
        </w:tc>
        <w:tc>
          <w:tcPr>
            <w:tcW w:w="1930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47F0BA" w14:textId="77777777" w:rsidR="00D52C5A" w:rsidRDefault="00000000">
            <w:pPr>
              <w:spacing w:after="0"/>
            </w:pPr>
            <w:r>
              <w:rPr>
                <w:sz w:val="16"/>
              </w:rPr>
              <w:t>0.216</w:t>
            </w:r>
          </w:p>
        </w:tc>
      </w:tr>
    </w:tbl>
    <w:p w14:paraId="1667E30B" w14:textId="77777777" w:rsidR="00D52C5A" w:rsidRDefault="00000000">
      <w:pPr>
        <w:spacing w:before="160" w:after="120"/>
      </w:pPr>
      <w:r>
        <w:rPr>
          <w:b/>
          <w:sz w:val="21"/>
        </w:rPr>
        <w:t>Positive modulated graded neurons</w:t>
      </w:r>
    </w:p>
    <w:p w14:paraId="2A7DCBFA" w14:textId="77777777" w:rsidR="00D52C5A" w:rsidRDefault="00000000">
      <w:pPr>
        <w:spacing w:before="120" w:after="40"/>
      </w:pPr>
      <w:r>
        <w:rPr>
          <w:b/>
        </w:rPr>
        <w:t>Fig. 8i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7AC40B3B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070B64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4CBF7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F5909C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D9B659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3522A4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7EAACB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F6B16F2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5C1CA7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40B4FF47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EFCB19" w14:textId="31B30A4D" w:rsidR="00D52C5A" w:rsidRDefault="005370D2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4F50E2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DE9691" w14:textId="77777777" w:rsidR="00D52C5A" w:rsidRDefault="00000000">
            <w:pPr>
              <w:spacing w:after="0"/>
            </w:pPr>
            <w:r>
              <w:rPr>
                <w:sz w:val="16"/>
              </w:rPr>
              <w:t>0.449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42EF74" w14:textId="77777777" w:rsidR="00D52C5A" w:rsidRDefault="00000000">
            <w:pPr>
              <w:spacing w:after="0"/>
            </w:pPr>
            <w:r>
              <w:rPr>
                <w:sz w:val="16"/>
              </w:rPr>
              <w:t>0.449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E8F727" w14:textId="77777777" w:rsidR="00D52C5A" w:rsidRDefault="00000000">
            <w:pPr>
              <w:spacing w:after="0"/>
            </w:pPr>
            <w:r>
              <w:rPr>
                <w:sz w:val="16"/>
              </w:rPr>
              <w:t>29.231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5E6DFB" w14:textId="77777777" w:rsidR="00D52C5A" w:rsidRDefault="00000000">
            <w:pPr>
              <w:spacing w:after="0"/>
            </w:pPr>
            <w:r>
              <w:rPr>
                <w:sz w:val="16"/>
              </w:rPr>
              <w:t>1, 15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AE15B9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83FE05" w14:textId="77777777" w:rsidR="00D52C5A" w:rsidRDefault="00000000">
            <w:pPr>
              <w:spacing w:after="0"/>
            </w:pPr>
            <w:r>
              <w:rPr>
                <w:sz w:val="16"/>
              </w:rPr>
              <w:t>0.66</w:t>
            </w:r>
          </w:p>
        </w:tc>
      </w:tr>
      <w:tr w:rsidR="00D52C5A" w14:paraId="2F64EEDE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B20B33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649D83" w14:textId="77777777" w:rsidR="00D52C5A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FB7956" w14:textId="77777777" w:rsidR="00D52C5A" w:rsidRDefault="00000000">
            <w:pPr>
              <w:spacing w:after="0"/>
            </w:pPr>
            <w:r>
              <w:rPr>
                <w:sz w:val="16"/>
              </w:rPr>
              <w:t>0.0709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6AD4C6" w14:textId="77777777" w:rsidR="00D52C5A" w:rsidRDefault="00000000">
            <w:pPr>
              <w:spacing w:after="0"/>
            </w:pPr>
            <w:r>
              <w:rPr>
                <w:sz w:val="16"/>
              </w:rPr>
              <w:t>0.977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718593" w14:textId="77777777" w:rsidR="00D52C5A" w:rsidRDefault="00000000">
            <w:pPr>
              <w:spacing w:after="0"/>
            </w:pPr>
            <w:r>
              <w:rPr>
                <w:sz w:val="16"/>
              </w:rPr>
              <w:t>0.977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1E237B" w14:textId="77777777" w:rsidR="00D52C5A" w:rsidRDefault="00000000">
            <w:pPr>
              <w:spacing w:after="0"/>
            </w:pPr>
            <w:r>
              <w:rPr>
                <w:sz w:val="16"/>
              </w:rPr>
              <w:t>3, 30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43FFAC" w14:textId="77777777" w:rsidR="00D52C5A" w:rsidRDefault="00000000">
            <w:pPr>
              <w:spacing w:after="0"/>
            </w:pPr>
            <w:r>
              <w:rPr>
                <w:sz w:val="16"/>
              </w:rPr>
              <w:t>0.417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B44918" w14:textId="77777777" w:rsidR="00D52C5A" w:rsidRDefault="00000000">
            <w:pPr>
              <w:spacing w:after="0"/>
            </w:pPr>
            <w:r>
              <w:rPr>
                <w:sz w:val="16"/>
              </w:rPr>
              <w:t>0.09</w:t>
            </w:r>
          </w:p>
        </w:tc>
      </w:tr>
      <w:tr w:rsidR="00D52C5A" w14:paraId="2B34765B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2C899F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A883D6" w14:textId="69F871C4" w:rsidR="00D52C5A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5370D2">
              <w:rPr>
                <w:sz w:val="16"/>
              </w:rPr>
              <w:t>Frequency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D671DF" w14:textId="77777777" w:rsidR="00D52C5A" w:rsidRDefault="00000000">
            <w:pPr>
              <w:spacing w:after="0"/>
            </w:pPr>
            <w:r>
              <w:rPr>
                <w:sz w:val="16"/>
              </w:rPr>
              <w:t>3.933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DB5CA5" w14:textId="77777777" w:rsidR="00D52C5A" w:rsidRDefault="00000000">
            <w:pPr>
              <w:spacing w:after="0"/>
            </w:pPr>
            <w:r>
              <w:rPr>
                <w:sz w:val="16"/>
              </w:rPr>
              <w:t>1.311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77DD73F" w14:textId="77777777" w:rsidR="00D52C5A" w:rsidRDefault="00000000">
            <w:pPr>
              <w:spacing w:after="0"/>
            </w:pPr>
            <w:r>
              <w:rPr>
                <w:sz w:val="16"/>
              </w:rPr>
              <w:t>54.221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B7534C" w14:textId="77777777" w:rsidR="00D52C5A" w:rsidRDefault="00000000">
            <w:pPr>
              <w:spacing w:after="0"/>
            </w:pPr>
            <w:r>
              <w:rPr>
                <w:sz w:val="16"/>
              </w:rPr>
              <w:t>3, 30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03420F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09FCCF" w14:textId="77777777" w:rsidR="00D52C5A" w:rsidRDefault="00000000">
            <w:pPr>
              <w:spacing w:after="0"/>
            </w:pPr>
            <w:r>
              <w:rPr>
                <w:sz w:val="16"/>
              </w:rPr>
              <w:t>0.84</w:t>
            </w:r>
          </w:p>
        </w:tc>
      </w:tr>
    </w:tbl>
    <w:p w14:paraId="16AD3CC7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D52C5A" w14:paraId="1F981130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016F3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Tone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14716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4FC09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9BDC22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58F38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840A9D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21270E68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7D8247F" w14:textId="77777777" w:rsidR="00D52C5A" w:rsidRDefault="00000000">
            <w:pPr>
              <w:spacing w:after="0"/>
            </w:pPr>
            <w:r>
              <w:rPr>
                <w:sz w:val="16"/>
              </w:rPr>
              <w:t>3 kHz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FCEF9C" w14:textId="77777777" w:rsidR="00D52C5A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80F47C" w14:textId="77777777" w:rsidR="00D52C5A" w:rsidRDefault="00000000">
            <w:pPr>
              <w:spacing w:after="0"/>
            </w:pPr>
            <w:r>
              <w:rPr>
                <w:sz w:val="16"/>
              </w:rPr>
              <w:t>0.757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301775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00B840" w14:textId="77777777" w:rsidR="00D52C5A" w:rsidRDefault="00000000">
            <w:pPr>
              <w:spacing w:after="0"/>
            </w:pPr>
            <w:r>
              <w:rPr>
                <w:sz w:val="16"/>
              </w:rPr>
              <w:t>12.335</w:t>
            </w:r>
          </w:p>
        </w:tc>
        <w:tc>
          <w:tcPr>
            <w:tcW w:w="1608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7A93370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5E8049C7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606087" w14:textId="77777777" w:rsidR="00D52C5A" w:rsidRDefault="00000000">
            <w:pPr>
              <w:spacing w:after="0"/>
            </w:pPr>
            <w:r>
              <w:rPr>
                <w:sz w:val="16"/>
              </w:rPr>
              <w:t>7 kHz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641672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BE19E8" w14:textId="77777777" w:rsidR="00D52C5A" w:rsidRDefault="00000000">
            <w:pPr>
              <w:spacing w:after="0"/>
            </w:pPr>
            <w:r>
              <w:rPr>
                <w:sz w:val="16"/>
              </w:rPr>
              <w:t>0.215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FF4DB48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8D38B0" w14:textId="77777777" w:rsidR="00D52C5A" w:rsidRDefault="00000000">
            <w:pPr>
              <w:spacing w:after="0"/>
            </w:pPr>
            <w:r>
              <w:rPr>
                <w:sz w:val="16"/>
              </w:rPr>
              <w:t>3.495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C4A87B" w14:textId="77777777" w:rsidR="00D52C5A" w:rsidRDefault="00000000">
            <w:pPr>
              <w:spacing w:after="0"/>
            </w:pPr>
            <w:r>
              <w:rPr>
                <w:sz w:val="16"/>
              </w:rPr>
              <w:t>0.018*</w:t>
            </w:r>
          </w:p>
        </w:tc>
      </w:tr>
      <w:tr w:rsidR="00D52C5A" w14:paraId="6BFDE256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9B41FD" w14:textId="77777777" w:rsidR="00D52C5A" w:rsidRDefault="00000000">
            <w:pPr>
              <w:spacing w:after="0"/>
            </w:pPr>
            <w:r>
              <w:rPr>
                <w:sz w:val="16"/>
              </w:rPr>
              <w:t>11 kHz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3F79ED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354C0A" w14:textId="77777777" w:rsidR="00D52C5A" w:rsidRDefault="00000000">
            <w:pPr>
              <w:spacing w:after="0"/>
            </w:pPr>
            <w:r>
              <w:rPr>
                <w:sz w:val="16"/>
              </w:rPr>
              <w:t>0.624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B31EC1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AFCD85" w14:textId="77777777" w:rsidR="00D52C5A" w:rsidRDefault="00000000">
            <w:pPr>
              <w:spacing w:after="0"/>
            </w:pPr>
            <w:r>
              <w:rPr>
                <w:sz w:val="16"/>
              </w:rPr>
              <w:t>10.173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6C4774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31E32881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E0FC1A" w14:textId="77777777" w:rsidR="00D52C5A" w:rsidRDefault="00000000">
            <w:pPr>
              <w:spacing w:after="0"/>
            </w:pPr>
            <w:r>
              <w:rPr>
                <w:sz w:val="16"/>
              </w:rPr>
              <w:t>15 kHz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34127E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B62339" w14:textId="77777777" w:rsidR="00D52C5A" w:rsidRDefault="00000000">
            <w:pPr>
              <w:spacing w:after="0"/>
            </w:pPr>
            <w:r>
              <w:rPr>
                <w:sz w:val="16"/>
              </w:rPr>
              <w:t>0.702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720512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394255" w14:textId="77777777" w:rsidR="00D52C5A" w:rsidRDefault="00000000">
            <w:pPr>
              <w:spacing w:after="0"/>
            </w:pPr>
            <w:r>
              <w:rPr>
                <w:sz w:val="16"/>
              </w:rPr>
              <w:t>11.446</w:t>
            </w:r>
          </w:p>
        </w:tc>
        <w:tc>
          <w:tcPr>
            <w:tcW w:w="1608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B27299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</w:tbl>
    <w:p w14:paraId="7295BD4B" w14:textId="77777777" w:rsidR="00D52C5A" w:rsidRDefault="00000000">
      <w:pPr>
        <w:spacing w:before="120" w:after="40"/>
      </w:pPr>
      <w:r>
        <w:rPr>
          <w:b/>
        </w:rPr>
        <w:t>Fig. 8j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5F31CE67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8BDDA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C44AB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73BEC7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6A9FC7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8053B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182C5B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6A8497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6D4D0D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77398C29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C827BA" w14:textId="3A391F0C" w:rsidR="00D52C5A" w:rsidRDefault="005370D2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DA8CA08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F5B8F57" w14:textId="77777777" w:rsidR="00D52C5A" w:rsidRDefault="00000000">
            <w:pPr>
              <w:spacing w:after="0"/>
            </w:pPr>
            <w:r>
              <w:rPr>
                <w:sz w:val="16"/>
              </w:rPr>
              <w:t>0.055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696CECD" w14:textId="77777777" w:rsidR="00D52C5A" w:rsidRDefault="00000000">
            <w:pPr>
              <w:spacing w:after="0"/>
            </w:pPr>
            <w:r>
              <w:rPr>
                <w:sz w:val="16"/>
              </w:rPr>
              <w:t>0.055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887247" w14:textId="77777777" w:rsidR="00D52C5A" w:rsidRDefault="00000000">
            <w:pPr>
              <w:spacing w:after="0"/>
            </w:pPr>
            <w:r>
              <w:rPr>
                <w:sz w:val="16"/>
              </w:rPr>
              <w:t>4.795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94E58A" w14:textId="77777777" w:rsidR="00D52C5A" w:rsidRDefault="00000000">
            <w:pPr>
              <w:spacing w:after="0"/>
            </w:pPr>
            <w:r>
              <w:rPr>
                <w:sz w:val="16"/>
              </w:rPr>
              <w:t>1, 10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368724" w14:textId="77777777" w:rsidR="00D52C5A" w:rsidRDefault="00000000">
            <w:pPr>
              <w:spacing w:after="0"/>
            </w:pPr>
            <w:r>
              <w:rPr>
                <w:sz w:val="16"/>
              </w:rPr>
              <w:t>0.053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EB7022" w14:textId="77777777" w:rsidR="00D52C5A" w:rsidRDefault="00000000">
            <w:pPr>
              <w:spacing w:after="0"/>
            </w:pPr>
            <w:r>
              <w:rPr>
                <w:sz w:val="16"/>
              </w:rPr>
              <w:t>0.32</w:t>
            </w:r>
          </w:p>
        </w:tc>
      </w:tr>
      <w:tr w:rsidR="00D52C5A" w14:paraId="0F4B0935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5C2E97E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84767E" w14:textId="77777777" w:rsidR="00D52C5A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C29304" w14:textId="77777777" w:rsidR="00D52C5A" w:rsidRDefault="00000000">
            <w:pPr>
              <w:spacing w:after="0"/>
            </w:pPr>
            <w:r>
              <w:rPr>
                <w:sz w:val="16"/>
              </w:rPr>
              <w:t>0.0933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8EF918" w14:textId="77777777" w:rsidR="00D52C5A" w:rsidRDefault="00000000">
            <w:pPr>
              <w:spacing w:after="0"/>
            </w:pPr>
            <w:r>
              <w:rPr>
                <w:sz w:val="16"/>
              </w:rPr>
              <w:t>0.0467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F6ABC5" w14:textId="77777777" w:rsidR="00D52C5A" w:rsidRDefault="00000000">
            <w:pPr>
              <w:spacing w:after="0"/>
            </w:pPr>
            <w:r>
              <w:rPr>
                <w:sz w:val="16"/>
              </w:rPr>
              <w:t>6.548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2851D4" w14:textId="77777777" w:rsidR="00D52C5A" w:rsidRDefault="00000000">
            <w:pPr>
              <w:spacing w:after="0"/>
            </w:pPr>
            <w:r>
              <w:rPr>
                <w:sz w:val="16"/>
              </w:rPr>
              <w:t>2, 19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D7E5E8" w14:textId="77777777" w:rsidR="00D52C5A" w:rsidRDefault="00000000">
            <w:pPr>
              <w:spacing w:after="0"/>
            </w:pPr>
            <w:r>
              <w:rPr>
                <w:sz w:val="16"/>
              </w:rPr>
              <w:t>0.007**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B9BB3BC" w14:textId="77777777" w:rsidR="00D52C5A" w:rsidRDefault="00000000">
            <w:pPr>
              <w:spacing w:after="0"/>
            </w:pPr>
            <w:r>
              <w:rPr>
                <w:sz w:val="16"/>
              </w:rPr>
              <w:t>0.41</w:t>
            </w:r>
          </w:p>
        </w:tc>
      </w:tr>
      <w:tr w:rsidR="00D52C5A" w14:paraId="0E4877E3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ACE02D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20FD19" w14:textId="307AB614" w:rsidR="00D52C5A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5370D2">
              <w:rPr>
                <w:sz w:val="16"/>
              </w:rPr>
              <w:t>Frequency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9A62AD" w14:textId="77777777" w:rsidR="00D52C5A" w:rsidRDefault="00000000">
            <w:pPr>
              <w:spacing w:after="0"/>
            </w:pPr>
            <w:r>
              <w:rPr>
                <w:sz w:val="16"/>
              </w:rPr>
              <w:t>0.0929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C86255" w14:textId="77777777" w:rsidR="00D52C5A" w:rsidRDefault="00000000">
            <w:pPr>
              <w:spacing w:after="0"/>
            </w:pPr>
            <w:r>
              <w:rPr>
                <w:sz w:val="16"/>
              </w:rPr>
              <w:t>0.0464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714EC3" w14:textId="77777777" w:rsidR="00D52C5A" w:rsidRDefault="00000000">
            <w:pPr>
              <w:spacing w:after="0"/>
            </w:pPr>
            <w:r>
              <w:rPr>
                <w:sz w:val="16"/>
              </w:rPr>
              <w:t>6.518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E780A7" w14:textId="77777777" w:rsidR="00D52C5A" w:rsidRDefault="00000000">
            <w:pPr>
              <w:spacing w:after="0"/>
            </w:pPr>
            <w:r>
              <w:rPr>
                <w:sz w:val="16"/>
              </w:rPr>
              <w:t>2, 19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3F837F" w14:textId="77777777" w:rsidR="00D52C5A" w:rsidRDefault="00000000">
            <w:pPr>
              <w:spacing w:after="0"/>
            </w:pPr>
            <w:r>
              <w:rPr>
                <w:sz w:val="16"/>
              </w:rPr>
              <w:t>0.007**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A49081" w14:textId="77777777" w:rsidR="00D52C5A" w:rsidRDefault="00000000">
            <w:pPr>
              <w:spacing w:after="0"/>
            </w:pPr>
            <w:r>
              <w:rPr>
                <w:sz w:val="16"/>
              </w:rPr>
              <w:t>0.41</w:t>
            </w:r>
          </w:p>
        </w:tc>
      </w:tr>
    </w:tbl>
    <w:p w14:paraId="0D2BFCD6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D52C5A" w14:paraId="4E05CB99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8F482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Factor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CFD2A9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D19D2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86891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46A387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FC604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330BBE" w14:paraId="60902A59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607D94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within CS+15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BE7E2B" w14:textId="05C2EEEE" w:rsidR="00330BBE" w:rsidRDefault="00330BBE" w:rsidP="00330BBE">
            <w:pPr>
              <w:spacing w:after="0"/>
            </w:pPr>
            <w:r>
              <w:rPr>
                <w:sz w:val="16"/>
              </w:rPr>
              <w:t>15 vs. 2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FB0492" w14:textId="2254C195" w:rsidR="00330BBE" w:rsidRDefault="00330BBE" w:rsidP="00330BBE">
            <w:pPr>
              <w:spacing w:after="0"/>
            </w:pPr>
            <w:r>
              <w:rPr>
                <w:sz w:val="16"/>
              </w:rPr>
              <w:t>0.00771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EB43C9" w14:textId="28932F8C" w:rsidR="00330BBE" w:rsidRDefault="00330BBE" w:rsidP="00330BBE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943B7A" w14:textId="3193CD1A" w:rsidR="00330BBE" w:rsidRDefault="00330BBE" w:rsidP="00330BBE">
            <w:pPr>
              <w:spacing w:after="0"/>
            </w:pPr>
            <w:r>
              <w:rPr>
                <w:sz w:val="16"/>
              </w:rPr>
              <w:t>0.228</w:t>
            </w:r>
          </w:p>
        </w:tc>
        <w:tc>
          <w:tcPr>
            <w:tcW w:w="1608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BA9FC6" w14:textId="0E301D9D" w:rsidR="00330BBE" w:rsidRDefault="00330BBE" w:rsidP="00330BBE">
            <w:pPr>
              <w:spacing w:after="0"/>
            </w:pPr>
            <w:r>
              <w:rPr>
                <w:sz w:val="16"/>
              </w:rPr>
              <w:t>0.986</w:t>
            </w:r>
          </w:p>
        </w:tc>
      </w:tr>
      <w:tr w:rsidR="00330BBE" w14:paraId="25C09BF4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B573BF" w14:textId="77777777" w:rsidR="00330BBE" w:rsidRDefault="00330BBE" w:rsidP="00330BBE">
            <w:pPr>
              <w:spacing w:after="0"/>
            </w:pP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2630F0" w14:textId="339259DB" w:rsidR="00330BBE" w:rsidRDefault="00330BBE" w:rsidP="00330BBE">
            <w:pPr>
              <w:spacing w:after="0"/>
            </w:pPr>
            <w:r>
              <w:rPr>
                <w:sz w:val="16"/>
              </w:rPr>
              <w:t>30 vs. 2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305D1F" w14:textId="108DEF64" w:rsidR="00330BBE" w:rsidRDefault="00330BBE" w:rsidP="00330BBE">
            <w:pPr>
              <w:spacing w:after="0"/>
            </w:pPr>
            <w:r>
              <w:rPr>
                <w:sz w:val="16"/>
              </w:rPr>
              <w:t>0.0194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716ADD" w14:textId="30259816" w:rsidR="00330BBE" w:rsidRDefault="00330BBE" w:rsidP="00330BBE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1DA32F" w14:textId="2D4845C8" w:rsidR="00330BBE" w:rsidRDefault="00330BBE" w:rsidP="00330BBE">
            <w:pPr>
              <w:spacing w:after="0"/>
            </w:pPr>
            <w:r>
              <w:rPr>
                <w:sz w:val="16"/>
              </w:rPr>
              <w:t>0.575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0A2880" w14:textId="48A9CF90" w:rsidR="00330BBE" w:rsidRDefault="00330BBE" w:rsidP="00330BBE">
            <w:pPr>
              <w:spacing w:after="0"/>
            </w:pPr>
            <w:r>
              <w:rPr>
                <w:sz w:val="16"/>
              </w:rPr>
              <w:t>0.914</w:t>
            </w:r>
          </w:p>
        </w:tc>
      </w:tr>
      <w:tr w:rsidR="00330BBE" w14:paraId="6C44909F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92BB73B" w14:textId="77777777" w:rsidR="00330BBE" w:rsidRDefault="00330BBE" w:rsidP="00330BBE">
            <w:pPr>
              <w:spacing w:after="0"/>
            </w:pP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21393C" w14:textId="6EE58FEB" w:rsidR="00330BBE" w:rsidRDefault="00330BBE" w:rsidP="00330BBE">
            <w:pPr>
              <w:spacing w:after="0"/>
            </w:pPr>
            <w:r>
              <w:rPr>
                <w:sz w:val="16"/>
              </w:rPr>
              <w:t>30 vs. 15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9D94BB" w14:textId="77CF0DCC" w:rsidR="00330BBE" w:rsidRDefault="00330BBE" w:rsidP="00330BBE">
            <w:pPr>
              <w:spacing w:after="0"/>
            </w:pPr>
            <w:r>
              <w:rPr>
                <w:sz w:val="16"/>
              </w:rPr>
              <w:t>0.0117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5F8CEB" w14:textId="5D514CCF" w:rsidR="00330BBE" w:rsidRDefault="00330BBE" w:rsidP="00330BBE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ADFC0C" w14:textId="12FC8B3A" w:rsidR="00330BBE" w:rsidRDefault="00330BBE" w:rsidP="00330BBE">
            <w:pPr>
              <w:spacing w:after="0"/>
            </w:pPr>
            <w:r>
              <w:rPr>
                <w:sz w:val="16"/>
              </w:rPr>
              <w:t>0.368</w:t>
            </w:r>
          </w:p>
        </w:tc>
        <w:tc>
          <w:tcPr>
            <w:tcW w:w="1608" w:type="dxa"/>
            <w:tcBorders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7AB28AF" w14:textId="7D75E45E" w:rsidR="00330BBE" w:rsidRDefault="00330BBE" w:rsidP="00330BBE">
            <w:pPr>
              <w:spacing w:after="0"/>
            </w:pPr>
            <w:r>
              <w:rPr>
                <w:sz w:val="16"/>
              </w:rPr>
              <w:t>0.964</w:t>
            </w:r>
          </w:p>
        </w:tc>
      </w:tr>
      <w:tr w:rsidR="00330BBE" w14:paraId="751A8464" w14:textId="77777777" w:rsidTr="005370D2">
        <w:trPr>
          <w:jc w:val="center"/>
        </w:trPr>
        <w:tc>
          <w:tcPr>
            <w:tcW w:w="1608" w:type="dxa"/>
            <w:tcBorders>
              <w:top w:val="single" w:sz="4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6D15CE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lastRenderedPageBreak/>
              <w:t>within CS+3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EA44FE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2 vs. 15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65B737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0.236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328508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266BC2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6.256</w:t>
            </w:r>
          </w:p>
        </w:tc>
        <w:tc>
          <w:tcPr>
            <w:tcW w:w="1608" w:type="dxa"/>
            <w:tcBorders>
              <w:top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00C1DF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330BBE" w14:paraId="63ED22BE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55DE40" w14:textId="77777777" w:rsidR="00330BBE" w:rsidRDefault="00330BBE" w:rsidP="00330BBE">
            <w:pPr>
              <w:spacing w:after="0"/>
            </w:pP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A3C02B6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2 vs. 30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40C235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0.0346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6726AC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6436FE5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0.916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28951C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0.796</w:t>
            </w:r>
          </w:p>
        </w:tc>
      </w:tr>
      <w:tr w:rsidR="00330BBE" w14:paraId="0E682110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5ACF7B" w14:textId="77777777" w:rsidR="00330BBE" w:rsidRDefault="00330BBE" w:rsidP="00330BBE">
            <w:pPr>
              <w:spacing w:after="0"/>
            </w:pP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D67036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30 vs. 15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9B88E2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0.202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DF0197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4D069A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5.340</w:t>
            </w:r>
          </w:p>
        </w:tc>
        <w:tc>
          <w:tcPr>
            <w:tcW w:w="1608" w:type="dxa"/>
            <w:tcBorders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030875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0.004**</w:t>
            </w:r>
          </w:p>
        </w:tc>
      </w:tr>
      <w:tr w:rsidR="00330BBE" w14:paraId="2961EC29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75A80C" w14:textId="3A060D7A" w:rsidR="00330BBE" w:rsidRDefault="00330BBE" w:rsidP="00330BBE">
            <w:pPr>
              <w:spacing w:after="0"/>
            </w:pPr>
            <w:r>
              <w:rPr>
                <w:sz w:val="16"/>
              </w:rPr>
              <w:t>within 2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BCD5D7" w14:textId="153FE461" w:rsidR="00330BBE" w:rsidRDefault="00330BBE" w:rsidP="00330B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CS+3 vs. CS+15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6447CA" w14:textId="4F2915A9" w:rsidR="00330BBE" w:rsidRDefault="00330BBE" w:rsidP="00330B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0.180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22CA15" w14:textId="7630C59D" w:rsidR="00330BBE" w:rsidRDefault="00330BBE" w:rsidP="00330B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AF4CDE" w14:textId="481A1457" w:rsidR="00330BBE" w:rsidRDefault="00330BBE" w:rsidP="00330B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4.454</w:t>
            </w:r>
          </w:p>
        </w:tc>
        <w:tc>
          <w:tcPr>
            <w:tcW w:w="1608" w:type="dxa"/>
            <w:tcBorders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248DD5" w14:textId="2B8B34A2" w:rsidR="00330BBE" w:rsidRDefault="00330BBE" w:rsidP="00330B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0.004**</w:t>
            </w:r>
          </w:p>
        </w:tc>
      </w:tr>
      <w:tr w:rsidR="00330BBE" w14:paraId="6FFE8E32" w14:textId="77777777">
        <w:trPr>
          <w:jc w:val="center"/>
        </w:trPr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C90AE6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within 15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B3FA35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92CF98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0.0639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C32DC4D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63A46E5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1.661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BE9FA1" w14:textId="77777777" w:rsidR="00330BBE" w:rsidRDefault="00330BBE" w:rsidP="00330BBE">
            <w:pPr>
              <w:spacing w:after="0"/>
            </w:pPr>
            <w:r>
              <w:rPr>
                <w:sz w:val="16"/>
              </w:rPr>
              <w:t>0.250</w:t>
            </w:r>
          </w:p>
        </w:tc>
      </w:tr>
      <w:tr w:rsidR="00330BBE" w14:paraId="1002EF97" w14:textId="77777777">
        <w:trPr>
          <w:jc w:val="center"/>
        </w:trPr>
        <w:tc>
          <w:tcPr>
            <w:tcW w:w="16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5327D9" w14:textId="57EF95F4" w:rsidR="00330BBE" w:rsidRDefault="00330BBE" w:rsidP="00330BBE">
            <w:pPr>
              <w:spacing w:after="0"/>
            </w:pPr>
            <w:r>
              <w:rPr>
                <w:sz w:val="16"/>
              </w:rPr>
              <w:t>within 30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2CA3D3" w14:textId="6B80E19C" w:rsidR="00330BBE" w:rsidRDefault="00330BBE" w:rsidP="00330BBE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959006" w14:textId="46D11BB7" w:rsidR="00330BBE" w:rsidRDefault="00330BBE" w:rsidP="00330BBE">
            <w:pPr>
              <w:spacing w:after="0"/>
            </w:pPr>
            <w:r>
              <w:rPr>
                <w:sz w:val="16"/>
              </w:rPr>
              <w:t>0.126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C2FCC3" w14:textId="1183F040" w:rsidR="00330BBE" w:rsidRDefault="00330BBE" w:rsidP="00330BBE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67A2B9" w14:textId="7C74C72D" w:rsidR="00330BBE" w:rsidRDefault="00330BBE" w:rsidP="00330BBE">
            <w:pPr>
              <w:spacing w:after="0"/>
            </w:pPr>
            <w:r>
              <w:rPr>
                <w:sz w:val="16"/>
              </w:rPr>
              <w:t>3.275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DA83E7" w14:textId="4542ED62" w:rsidR="00330BBE" w:rsidRDefault="00330BBE" w:rsidP="00330BBE">
            <w:pPr>
              <w:spacing w:after="0"/>
            </w:pPr>
            <w:r>
              <w:rPr>
                <w:sz w:val="16"/>
              </w:rPr>
              <w:t>0.028*</w:t>
            </w:r>
          </w:p>
        </w:tc>
      </w:tr>
    </w:tbl>
    <w:p w14:paraId="5BAE2FF2" w14:textId="77777777" w:rsidR="00D52C5A" w:rsidRDefault="00000000">
      <w:pPr>
        <w:spacing w:before="120" w:after="40"/>
      </w:pPr>
      <w:r>
        <w:rPr>
          <w:b/>
        </w:rPr>
        <w:t>Fig. 8k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495288A6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724AA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A7C109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A56F9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2B65D9B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31B8C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8BAB34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033A0D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AD2AD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5F7B45A4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5127D6" w14:textId="77777777" w:rsidR="00D52C5A" w:rsidRDefault="00000000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722D4A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401CC3" w14:textId="77777777" w:rsidR="00D52C5A" w:rsidRDefault="00000000">
            <w:pPr>
              <w:spacing w:after="0"/>
            </w:pPr>
            <w:r>
              <w:rPr>
                <w:sz w:val="16"/>
              </w:rPr>
              <w:t>0.779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9C5D7A" w14:textId="77777777" w:rsidR="00D52C5A" w:rsidRDefault="00000000">
            <w:pPr>
              <w:spacing w:after="0"/>
            </w:pPr>
            <w:r>
              <w:rPr>
                <w:sz w:val="16"/>
              </w:rPr>
              <w:t>0.779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BAD5BC" w14:textId="77777777" w:rsidR="00D52C5A" w:rsidRDefault="00000000">
            <w:pPr>
              <w:spacing w:after="0"/>
            </w:pPr>
            <w:r>
              <w:rPr>
                <w:sz w:val="16"/>
              </w:rPr>
              <w:t>4.761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A63A8F" w14:textId="77777777" w:rsidR="00D52C5A" w:rsidRDefault="00000000">
            <w:pPr>
              <w:spacing w:after="0"/>
            </w:pPr>
            <w:r>
              <w:rPr>
                <w:sz w:val="16"/>
              </w:rPr>
              <w:t>1, 10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212856" w14:textId="77777777" w:rsidR="00D52C5A" w:rsidRDefault="00000000">
            <w:pPr>
              <w:spacing w:after="0"/>
            </w:pPr>
            <w:r>
              <w:rPr>
                <w:sz w:val="16"/>
              </w:rPr>
              <w:t>0.054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915416A" w14:textId="77777777" w:rsidR="00D52C5A" w:rsidRDefault="00000000">
            <w:pPr>
              <w:spacing w:after="0"/>
            </w:pPr>
            <w:r>
              <w:rPr>
                <w:sz w:val="16"/>
              </w:rPr>
              <w:t>0.32</w:t>
            </w:r>
          </w:p>
        </w:tc>
      </w:tr>
      <w:tr w:rsidR="00D52C5A" w14:paraId="2D30D661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2B7F05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B49F81" w14:textId="77777777" w:rsidR="00D52C5A" w:rsidRDefault="00000000">
            <w:pPr>
              <w:spacing w:after="0"/>
            </w:pPr>
            <w:r>
              <w:rPr>
                <w:sz w:val="16"/>
              </w:rPr>
              <w:t>Condition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581D02" w14:textId="77777777" w:rsidR="00D52C5A" w:rsidRDefault="00000000">
            <w:pPr>
              <w:spacing w:after="0"/>
            </w:pPr>
            <w:r>
              <w:rPr>
                <w:sz w:val="16"/>
              </w:rPr>
              <w:t>17.748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5DCD64" w14:textId="77777777" w:rsidR="00D52C5A" w:rsidRDefault="00000000">
            <w:pPr>
              <w:spacing w:after="0"/>
            </w:pPr>
            <w:r>
              <w:rPr>
                <w:sz w:val="16"/>
              </w:rPr>
              <w:t>17.748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9D2BF3" w14:textId="77777777" w:rsidR="00D52C5A" w:rsidRDefault="00000000">
            <w:pPr>
              <w:spacing w:after="0"/>
            </w:pPr>
            <w:r>
              <w:rPr>
                <w:sz w:val="16"/>
              </w:rPr>
              <w:t>221.136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ABF314" w14:textId="77777777" w:rsidR="00D52C5A" w:rsidRDefault="00000000">
            <w:pPr>
              <w:spacing w:after="0"/>
            </w:pPr>
            <w:r>
              <w:rPr>
                <w:sz w:val="16"/>
              </w:rPr>
              <w:t>1, 23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990C07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6F2023" w14:textId="77777777" w:rsidR="00D52C5A" w:rsidRDefault="00000000">
            <w:pPr>
              <w:spacing w:after="0"/>
            </w:pPr>
            <w:r>
              <w:rPr>
                <w:sz w:val="16"/>
              </w:rPr>
              <w:t>0.91</w:t>
            </w:r>
          </w:p>
        </w:tc>
      </w:tr>
      <w:tr w:rsidR="00D52C5A" w14:paraId="7253FE4A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9D0940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78B710" w14:textId="77777777" w:rsidR="00D52C5A" w:rsidRDefault="00000000">
            <w:pPr>
              <w:spacing w:after="0"/>
            </w:pPr>
            <w:r>
              <w:rPr>
                <w:sz w:val="16"/>
              </w:rPr>
              <w:t>Group x Condition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13C059" w14:textId="77777777" w:rsidR="00D52C5A" w:rsidRDefault="00000000">
            <w:pPr>
              <w:spacing w:after="0"/>
            </w:pPr>
            <w:r>
              <w:rPr>
                <w:sz w:val="16"/>
              </w:rPr>
              <w:t>0.671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C6E084" w14:textId="77777777" w:rsidR="00D52C5A" w:rsidRDefault="00000000">
            <w:pPr>
              <w:spacing w:after="0"/>
            </w:pPr>
            <w:r>
              <w:rPr>
                <w:sz w:val="16"/>
              </w:rPr>
              <w:t>0.671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9FD4AF" w14:textId="77777777" w:rsidR="00D52C5A" w:rsidRDefault="00000000">
            <w:pPr>
              <w:spacing w:after="0"/>
            </w:pPr>
            <w:r>
              <w:rPr>
                <w:sz w:val="16"/>
              </w:rPr>
              <w:t>8.366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AF2845" w14:textId="77777777" w:rsidR="00D52C5A" w:rsidRDefault="00000000">
            <w:pPr>
              <w:spacing w:after="0"/>
            </w:pPr>
            <w:r>
              <w:rPr>
                <w:sz w:val="16"/>
              </w:rPr>
              <w:t>1, 23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A8D214" w14:textId="77777777" w:rsidR="00D52C5A" w:rsidRDefault="00000000">
            <w:pPr>
              <w:spacing w:after="0"/>
            </w:pPr>
            <w:r>
              <w:rPr>
                <w:sz w:val="16"/>
              </w:rPr>
              <w:t>&lt; 0.016*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904281" w14:textId="77777777" w:rsidR="00D52C5A" w:rsidRDefault="00000000">
            <w:pPr>
              <w:spacing w:after="0"/>
            </w:pPr>
            <w:r>
              <w:rPr>
                <w:sz w:val="16"/>
              </w:rPr>
              <w:t>0.27</w:t>
            </w:r>
          </w:p>
        </w:tc>
      </w:tr>
    </w:tbl>
    <w:p w14:paraId="1B4F5C43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D52C5A" w14:paraId="19379262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93481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Factor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41545B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4DCAC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69E69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C0817B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3415D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5B5571FA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F77E04" w14:textId="77777777" w:rsidR="00D52C5A" w:rsidRDefault="00000000">
            <w:pPr>
              <w:spacing w:after="0"/>
            </w:pPr>
            <w:r>
              <w:rPr>
                <w:sz w:val="16"/>
              </w:rPr>
              <w:t>within CS+15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AA0CB6" w14:textId="77777777" w:rsidR="00D52C5A" w:rsidRDefault="00000000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B670DE" w14:textId="77777777" w:rsidR="00D52C5A" w:rsidRDefault="00000000">
            <w:pPr>
              <w:spacing w:after="0"/>
            </w:pPr>
            <w:r>
              <w:rPr>
                <w:sz w:val="16"/>
              </w:rPr>
              <w:t>2.084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14CAD0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B5896B" w14:textId="77777777" w:rsidR="00D52C5A" w:rsidRDefault="00000000">
            <w:pPr>
              <w:spacing w:after="0"/>
            </w:pPr>
            <w:r>
              <w:rPr>
                <w:sz w:val="16"/>
              </w:rPr>
              <w:t>19.458</w:t>
            </w:r>
          </w:p>
        </w:tc>
        <w:tc>
          <w:tcPr>
            <w:tcW w:w="1608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65B173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772F2E57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025E8E" w14:textId="77777777" w:rsidR="00D52C5A" w:rsidRDefault="00000000">
            <w:pPr>
              <w:spacing w:after="0"/>
            </w:pPr>
            <w:r>
              <w:rPr>
                <w:sz w:val="16"/>
              </w:rPr>
              <w:t>within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F26C85" w14:textId="77777777" w:rsidR="00D52C5A" w:rsidRDefault="00000000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39D268" w14:textId="77777777" w:rsidR="00D52C5A" w:rsidRDefault="00000000">
            <w:pPr>
              <w:spacing w:after="0"/>
            </w:pPr>
            <w:r>
              <w:rPr>
                <w:sz w:val="16"/>
              </w:rPr>
              <w:t>1.405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499A13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A8B0E2" w14:textId="77777777" w:rsidR="00D52C5A" w:rsidRDefault="00000000">
            <w:pPr>
              <w:spacing w:after="0"/>
            </w:pPr>
            <w:r>
              <w:rPr>
                <w:sz w:val="16"/>
              </w:rPr>
              <w:t>11.090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9689BF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03D5805C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11A428" w14:textId="77777777" w:rsidR="00D52C5A" w:rsidRDefault="00000000">
            <w:pPr>
              <w:spacing w:after="0"/>
            </w:pPr>
            <w:r>
              <w:rPr>
                <w:sz w:val="16"/>
              </w:rPr>
              <w:t>within freezing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D389BF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58177D" w14:textId="77777777" w:rsidR="00D52C5A" w:rsidRDefault="00000000">
            <w:pPr>
              <w:spacing w:after="0"/>
            </w:pPr>
            <w:r>
              <w:rPr>
                <w:sz w:val="16"/>
              </w:rPr>
              <w:t>0.0261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89EB9B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2060F0" w14:textId="77777777" w:rsidR="00D52C5A" w:rsidRDefault="00000000">
            <w:pPr>
              <w:spacing w:after="0"/>
            </w:pPr>
            <w:r>
              <w:rPr>
                <w:sz w:val="16"/>
              </w:rPr>
              <w:t>0.181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33C9E7" w14:textId="77777777" w:rsidR="00D52C5A" w:rsidRDefault="00000000">
            <w:pPr>
              <w:spacing w:after="0"/>
            </w:pPr>
            <w:r>
              <w:rPr>
                <w:sz w:val="16"/>
              </w:rPr>
              <w:t>0.900</w:t>
            </w:r>
          </w:p>
        </w:tc>
      </w:tr>
      <w:tr w:rsidR="00D52C5A" w14:paraId="79F8FCE6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A9E9F1" w14:textId="77777777" w:rsidR="00D52C5A" w:rsidRDefault="00000000">
            <w:pPr>
              <w:spacing w:after="0"/>
            </w:pPr>
            <w:r>
              <w:rPr>
                <w:sz w:val="16"/>
              </w:rPr>
              <w:t>within tone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8095F3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05451F" w14:textId="77777777" w:rsidR="00D52C5A" w:rsidRDefault="00000000">
            <w:pPr>
              <w:spacing w:after="0"/>
            </w:pPr>
            <w:r>
              <w:rPr>
                <w:sz w:val="16"/>
              </w:rPr>
              <w:t>0.705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3998CC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A78394" w14:textId="77777777" w:rsidR="00D52C5A" w:rsidRDefault="00000000">
            <w:pPr>
              <w:spacing w:after="0"/>
            </w:pPr>
            <w:r>
              <w:rPr>
                <w:sz w:val="16"/>
              </w:rPr>
              <w:t>4.874</w:t>
            </w:r>
          </w:p>
        </w:tc>
        <w:tc>
          <w:tcPr>
            <w:tcW w:w="1608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6FAAD0" w14:textId="77777777" w:rsidR="00D52C5A" w:rsidRDefault="00000000">
            <w:pPr>
              <w:spacing w:after="0"/>
            </w:pPr>
            <w:r>
              <w:rPr>
                <w:sz w:val="16"/>
              </w:rPr>
              <w:t>0.003**</w:t>
            </w:r>
          </w:p>
        </w:tc>
      </w:tr>
    </w:tbl>
    <w:p w14:paraId="600AEFD3" w14:textId="77777777" w:rsidR="00D52C5A" w:rsidRDefault="00000000">
      <w:pPr>
        <w:spacing w:before="120" w:after="40"/>
      </w:pPr>
      <w:r>
        <w:rPr>
          <w:b/>
        </w:rPr>
        <w:t>Fig. 8l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035841C1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9F5DA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D7932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34F259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41F622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A8C39D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94B70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43DE54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929484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201CA308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DF4C9F" w14:textId="1F821E4E" w:rsidR="00D52C5A" w:rsidRDefault="005370D2">
            <w:pPr>
              <w:spacing w:after="0"/>
            </w:pPr>
            <w:r>
              <w:rPr>
                <w:sz w:val="16"/>
              </w:rPr>
              <w:t>Positive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8B62D9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E5C1F09" w14:textId="77777777" w:rsidR="00D52C5A" w:rsidRDefault="00000000">
            <w:pPr>
              <w:spacing w:after="0"/>
            </w:pPr>
            <w:r>
              <w:rPr>
                <w:sz w:val="16"/>
              </w:rPr>
              <w:t>5.092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1F6E05" w14:textId="77777777" w:rsidR="00D52C5A" w:rsidRDefault="00000000">
            <w:pPr>
              <w:spacing w:after="0"/>
            </w:pPr>
            <w:r>
              <w:rPr>
                <w:sz w:val="16"/>
              </w:rPr>
              <w:t>5.092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CC6FD0" w14:textId="77777777" w:rsidR="00D52C5A" w:rsidRDefault="00000000">
            <w:pPr>
              <w:spacing w:after="0"/>
            </w:pPr>
            <w:r>
              <w:rPr>
                <w:sz w:val="16"/>
              </w:rPr>
              <w:t>0.105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EA48AB" w14:textId="77777777" w:rsidR="00D52C5A" w:rsidRDefault="00000000">
            <w:pPr>
              <w:spacing w:after="0"/>
            </w:pPr>
            <w:r>
              <w:rPr>
                <w:sz w:val="16"/>
              </w:rPr>
              <w:t>1, 10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F2943F" w14:textId="77777777" w:rsidR="00D52C5A" w:rsidRDefault="00000000">
            <w:pPr>
              <w:spacing w:after="0"/>
            </w:pPr>
            <w:r>
              <w:rPr>
                <w:sz w:val="16"/>
              </w:rPr>
              <w:t>0.752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72E23B4" w14:textId="77777777" w:rsidR="00D52C5A" w:rsidRDefault="00000000">
            <w:pPr>
              <w:spacing w:after="0"/>
            </w:pPr>
            <w:r>
              <w:rPr>
                <w:sz w:val="16"/>
              </w:rPr>
              <w:t>0.01</w:t>
            </w:r>
          </w:p>
        </w:tc>
      </w:tr>
      <w:tr w:rsidR="00D52C5A" w14:paraId="33817FD4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A7404D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5A8E01" w14:textId="77777777" w:rsidR="00D52C5A" w:rsidRDefault="00000000">
            <w:pPr>
              <w:spacing w:after="0"/>
            </w:pPr>
            <w:r>
              <w:rPr>
                <w:sz w:val="16"/>
              </w:rPr>
              <w:t>Condition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06B9DE" w14:textId="77777777" w:rsidR="00D52C5A" w:rsidRDefault="00000000">
            <w:pPr>
              <w:spacing w:after="0"/>
            </w:pPr>
            <w:r>
              <w:rPr>
                <w:sz w:val="16"/>
              </w:rPr>
              <w:t>17.586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155D14" w14:textId="77777777" w:rsidR="00D52C5A" w:rsidRDefault="00000000">
            <w:pPr>
              <w:spacing w:after="0"/>
            </w:pPr>
            <w:r>
              <w:rPr>
                <w:sz w:val="16"/>
              </w:rPr>
              <w:t>8.793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A0A388" w14:textId="77777777" w:rsidR="00D52C5A" w:rsidRDefault="00000000">
            <w:pPr>
              <w:spacing w:after="0"/>
            </w:pPr>
            <w:r>
              <w:rPr>
                <w:sz w:val="16"/>
              </w:rPr>
              <w:t>0.470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AE5505" w14:textId="77777777" w:rsidR="00D52C5A" w:rsidRDefault="00000000">
            <w:pPr>
              <w:spacing w:after="0"/>
            </w:pPr>
            <w:r>
              <w:rPr>
                <w:sz w:val="16"/>
              </w:rPr>
              <w:t>2, 19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009EFE" w14:textId="77777777" w:rsidR="00D52C5A" w:rsidRDefault="00000000">
            <w:pPr>
              <w:spacing w:after="0"/>
            </w:pPr>
            <w:r>
              <w:rPr>
                <w:sz w:val="16"/>
              </w:rPr>
              <w:t>0.632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EE071FA" w14:textId="77777777" w:rsidR="00D52C5A" w:rsidRDefault="00000000">
            <w:pPr>
              <w:spacing w:after="0"/>
            </w:pPr>
            <w:r>
              <w:rPr>
                <w:sz w:val="16"/>
              </w:rPr>
              <w:t>0.05</w:t>
            </w:r>
          </w:p>
        </w:tc>
      </w:tr>
      <w:tr w:rsidR="00D52C5A" w14:paraId="0515D6FD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11B32C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135994" w14:textId="77777777" w:rsidR="00D52C5A" w:rsidRDefault="00000000">
            <w:pPr>
              <w:spacing w:after="0"/>
            </w:pPr>
            <w:r>
              <w:rPr>
                <w:sz w:val="16"/>
              </w:rPr>
              <w:t>Group x Condition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605E41" w14:textId="77777777" w:rsidR="00D52C5A" w:rsidRDefault="00000000">
            <w:pPr>
              <w:spacing w:after="0"/>
            </w:pPr>
            <w:r>
              <w:rPr>
                <w:sz w:val="16"/>
              </w:rPr>
              <w:t>20.386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0CB522" w14:textId="77777777" w:rsidR="00D52C5A" w:rsidRDefault="00000000">
            <w:pPr>
              <w:spacing w:after="0"/>
            </w:pPr>
            <w:r>
              <w:rPr>
                <w:sz w:val="16"/>
              </w:rPr>
              <w:t>10.193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8DCB2C" w14:textId="77777777" w:rsidR="00D52C5A" w:rsidRDefault="00000000">
            <w:pPr>
              <w:spacing w:after="0"/>
            </w:pPr>
            <w:r>
              <w:rPr>
                <w:sz w:val="16"/>
              </w:rPr>
              <w:t>0.545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B8072A" w14:textId="77777777" w:rsidR="00D52C5A" w:rsidRDefault="00000000">
            <w:pPr>
              <w:spacing w:after="0"/>
            </w:pPr>
            <w:r>
              <w:rPr>
                <w:sz w:val="16"/>
              </w:rPr>
              <w:t>2, 19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F7A83B" w14:textId="77777777" w:rsidR="00D52C5A" w:rsidRDefault="00000000">
            <w:pPr>
              <w:spacing w:after="0"/>
            </w:pPr>
            <w:r>
              <w:rPr>
                <w:sz w:val="16"/>
              </w:rPr>
              <w:t>0.588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FDAE56" w14:textId="77777777" w:rsidR="00D52C5A" w:rsidRDefault="00000000">
            <w:pPr>
              <w:spacing w:after="0"/>
            </w:pPr>
            <w:r>
              <w:rPr>
                <w:sz w:val="16"/>
              </w:rPr>
              <w:t>0.05</w:t>
            </w:r>
          </w:p>
        </w:tc>
      </w:tr>
    </w:tbl>
    <w:p w14:paraId="31E54ECD" w14:textId="77777777" w:rsidR="00D52C5A" w:rsidRDefault="00000000">
      <w:pPr>
        <w:spacing w:before="160" w:after="120"/>
      </w:pPr>
      <w:r>
        <w:rPr>
          <w:b/>
          <w:sz w:val="21"/>
        </w:rPr>
        <w:t>Negative modulated graded neurons</w:t>
      </w:r>
    </w:p>
    <w:p w14:paraId="450CCC5D" w14:textId="77777777" w:rsidR="00D52C5A" w:rsidRDefault="00000000">
      <w:pPr>
        <w:spacing w:before="120" w:after="40"/>
      </w:pPr>
      <w:r>
        <w:rPr>
          <w:b/>
        </w:rPr>
        <w:t>Fig. 8m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578A6D69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08E6F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91BA7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AB698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FC5B6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4A4AF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2ABE7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9D8F7A7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A18C2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0EC02C11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4944CA7" w14:textId="444B1CBB" w:rsidR="00D52C5A" w:rsidRDefault="005370D2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4D9801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CD4996" w14:textId="77777777" w:rsidR="00D52C5A" w:rsidRDefault="00000000">
            <w:pPr>
              <w:spacing w:after="0"/>
            </w:pPr>
            <w:r>
              <w:rPr>
                <w:sz w:val="16"/>
              </w:rPr>
              <w:t>0.513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8CD6A3" w14:textId="77777777" w:rsidR="00D52C5A" w:rsidRDefault="00000000">
            <w:pPr>
              <w:spacing w:after="0"/>
            </w:pPr>
            <w:r>
              <w:rPr>
                <w:sz w:val="16"/>
              </w:rPr>
              <w:t>0.513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712E836" w14:textId="77777777" w:rsidR="00D52C5A" w:rsidRDefault="00000000">
            <w:pPr>
              <w:spacing w:after="0"/>
            </w:pPr>
            <w:r>
              <w:rPr>
                <w:sz w:val="16"/>
              </w:rPr>
              <w:t>13.677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630D8C" w14:textId="77777777" w:rsidR="00D52C5A" w:rsidRDefault="00000000">
            <w:pPr>
              <w:spacing w:after="0"/>
            </w:pPr>
            <w:r>
              <w:rPr>
                <w:sz w:val="16"/>
              </w:rPr>
              <w:t>1, 10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20B9AF6" w14:textId="77777777" w:rsidR="00D52C5A" w:rsidRDefault="00000000">
            <w:pPr>
              <w:spacing w:after="0"/>
            </w:pPr>
            <w:r>
              <w:rPr>
                <w:sz w:val="16"/>
              </w:rPr>
              <w:t>0.004**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44A6CF" w14:textId="77777777" w:rsidR="00D52C5A" w:rsidRDefault="00000000">
            <w:pPr>
              <w:spacing w:after="0"/>
            </w:pPr>
            <w:r>
              <w:rPr>
                <w:sz w:val="16"/>
              </w:rPr>
              <w:t>0.58</w:t>
            </w:r>
          </w:p>
        </w:tc>
      </w:tr>
      <w:tr w:rsidR="00D52C5A" w14:paraId="63DD2348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674BFC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EDAEB25" w14:textId="77777777" w:rsidR="00D52C5A" w:rsidRDefault="00000000">
            <w:pPr>
              <w:spacing w:after="0"/>
            </w:pPr>
            <w:r>
              <w:rPr>
                <w:sz w:val="16"/>
              </w:rPr>
              <w:t>Frequency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F7BDA29" w14:textId="77777777" w:rsidR="00D52C5A" w:rsidRDefault="00000000">
            <w:pPr>
              <w:spacing w:after="0"/>
            </w:pPr>
            <w:r>
              <w:rPr>
                <w:sz w:val="16"/>
              </w:rPr>
              <w:t>0.00725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6D2A24" w14:textId="77777777" w:rsidR="00D52C5A" w:rsidRDefault="00000000">
            <w:pPr>
              <w:spacing w:after="0"/>
            </w:pPr>
            <w:r>
              <w:rPr>
                <w:sz w:val="16"/>
              </w:rPr>
              <w:t>0.00242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F6795A" w14:textId="77777777" w:rsidR="00D52C5A" w:rsidRDefault="00000000">
            <w:pPr>
              <w:spacing w:after="0"/>
            </w:pPr>
            <w:r>
              <w:rPr>
                <w:sz w:val="16"/>
              </w:rPr>
              <w:t>0.0836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D9A361B" w14:textId="77777777" w:rsidR="00D52C5A" w:rsidRDefault="00000000">
            <w:pPr>
              <w:spacing w:after="0"/>
            </w:pPr>
            <w:r>
              <w:rPr>
                <w:sz w:val="16"/>
              </w:rPr>
              <w:t>3, 30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1A7D6E" w14:textId="77777777" w:rsidR="00D52C5A" w:rsidRDefault="00000000">
            <w:pPr>
              <w:spacing w:after="0"/>
            </w:pPr>
            <w:r>
              <w:rPr>
                <w:sz w:val="16"/>
              </w:rPr>
              <w:t>0.968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4AB3B7" w14:textId="77777777" w:rsidR="00D52C5A" w:rsidRDefault="00000000">
            <w:pPr>
              <w:spacing w:after="0"/>
            </w:pPr>
            <w:r>
              <w:rPr>
                <w:sz w:val="16"/>
              </w:rPr>
              <w:t>0.01</w:t>
            </w:r>
          </w:p>
        </w:tc>
      </w:tr>
      <w:tr w:rsidR="00D52C5A" w14:paraId="5BB266A5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9F7D04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8BD699" w14:textId="39A63C2D" w:rsidR="00D52C5A" w:rsidRDefault="00000000">
            <w:pPr>
              <w:spacing w:after="0"/>
            </w:pPr>
            <w:r>
              <w:rPr>
                <w:sz w:val="16"/>
              </w:rPr>
              <w:t xml:space="preserve">Group x </w:t>
            </w:r>
            <w:r w:rsidR="005370D2">
              <w:rPr>
                <w:sz w:val="16"/>
              </w:rPr>
              <w:t>Frequency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9B484C0" w14:textId="77777777" w:rsidR="00D52C5A" w:rsidRDefault="00000000">
            <w:pPr>
              <w:spacing w:after="0"/>
            </w:pPr>
            <w:r>
              <w:rPr>
                <w:sz w:val="16"/>
              </w:rPr>
              <w:t>6.404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557311" w14:textId="77777777" w:rsidR="00D52C5A" w:rsidRDefault="00000000">
            <w:pPr>
              <w:spacing w:after="0"/>
            </w:pPr>
            <w:r>
              <w:rPr>
                <w:sz w:val="16"/>
              </w:rPr>
              <w:t>2.135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2C51A9" w14:textId="77777777" w:rsidR="00D52C5A" w:rsidRDefault="00000000">
            <w:pPr>
              <w:spacing w:after="0"/>
            </w:pPr>
            <w:r>
              <w:rPr>
                <w:sz w:val="16"/>
              </w:rPr>
              <w:t>73.84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4564E2" w14:textId="77777777" w:rsidR="00D52C5A" w:rsidRDefault="00000000">
            <w:pPr>
              <w:spacing w:after="0"/>
            </w:pPr>
            <w:r>
              <w:rPr>
                <w:sz w:val="16"/>
              </w:rPr>
              <w:t>3, 30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3C1D8C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4686E8" w14:textId="77777777" w:rsidR="00D52C5A" w:rsidRDefault="00000000">
            <w:pPr>
              <w:spacing w:after="0"/>
            </w:pPr>
            <w:r>
              <w:rPr>
                <w:sz w:val="16"/>
              </w:rPr>
              <w:t>0.88</w:t>
            </w:r>
          </w:p>
        </w:tc>
      </w:tr>
    </w:tbl>
    <w:p w14:paraId="6618A53A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D52C5A" w14:paraId="3CB33D46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87816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Tone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7B41E1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9B0DD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6E8DF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948A0D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4FDBE2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696F8B4C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428DE8" w14:textId="77777777" w:rsidR="00D52C5A" w:rsidRDefault="00000000">
            <w:pPr>
              <w:spacing w:after="0"/>
            </w:pPr>
            <w:r>
              <w:rPr>
                <w:sz w:val="16"/>
              </w:rPr>
              <w:t>3 kHz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4AD133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0487C27" w14:textId="77777777" w:rsidR="00D52C5A" w:rsidRDefault="00000000">
            <w:pPr>
              <w:spacing w:after="0"/>
            </w:pPr>
            <w:r>
              <w:rPr>
                <w:sz w:val="16"/>
              </w:rPr>
              <w:t>1.006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CFA9ED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B6C70F" w14:textId="77777777" w:rsidR="00D52C5A" w:rsidRDefault="00000000">
            <w:pPr>
              <w:spacing w:after="0"/>
            </w:pPr>
            <w:r>
              <w:rPr>
                <w:sz w:val="16"/>
              </w:rPr>
              <w:t>13.781</w:t>
            </w:r>
          </w:p>
        </w:tc>
        <w:tc>
          <w:tcPr>
            <w:tcW w:w="1608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2FF5BC0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64E4A0BF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3FC570" w14:textId="77777777" w:rsidR="00D52C5A" w:rsidRDefault="00000000">
            <w:pPr>
              <w:spacing w:after="0"/>
            </w:pPr>
            <w:r>
              <w:rPr>
                <w:sz w:val="16"/>
              </w:rPr>
              <w:t>7 kHz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8649EE" w14:textId="77777777" w:rsidR="00D52C5A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CF0D33" w14:textId="77777777" w:rsidR="00D52C5A" w:rsidRDefault="00000000">
            <w:pPr>
              <w:spacing w:after="0"/>
            </w:pPr>
            <w:r>
              <w:rPr>
                <w:sz w:val="16"/>
              </w:rPr>
              <w:t>0.229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3A19EC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0135A6" w14:textId="77777777" w:rsidR="00D52C5A" w:rsidRDefault="00000000">
            <w:pPr>
              <w:spacing w:after="0"/>
            </w:pPr>
            <w:r>
              <w:rPr>
                <w:sz w:val="16"/>
              </w:rPr>
              <w:t>3.131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73DCA6" w14:textId="77777777" w:rsidR="00D52C5A" w:rsidRDefault="00000000">
            <w:pPr>
              <w:spacing w:after="0"/>
            </w:pPr>
            <w:r>
              <w:rPr>
                <w:sz w:val="16"/>
              </w:rPr>
              <w:t>0.033*</w:t>
            </w:r>
          </w:p>
        </w:tc>
      </w:tr>
      <w:tr w:rsidR="00D52C5A" w14:paraId="131456B9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1F7B46D" w14:textId="77777777" w:rsidR="00D52C5A" w:rsidRDefault="00000000">
            <w:pPr>
              <w:spacing w:after="0"/>
            </w:pPr>
            <w:r>
              <w:rPr>
                <w:sz w:val="16"/>
              </w:rPr>
              <w:t>11 kHz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D188CD" w14:textId="77777777" w:rsidR="00D52C5A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F79D3BA" w14:textId="77777777" w:rsidR="00D52C5A" w:rsidRDefault="00000000">
            <w:pPr>
              <w:spacing w:after="0"/>
            </w:pPr>
            <w:r>
              <w:rPr>
                <w:sz w:val="16"/>
              </w:rPr>
              <w:t>0.776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BC4356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4701FFF" w14:textId="77777777" w:rsidR="00D52C5A" w:rsidRDefault="00000000">
            <w:pPr>
              <w:spacing w:after="0"/>
            </w:pPr>
            <w:r>
              <w:rPr>
                <w:sz w:val="16"/>
              </w:rPr>
              <w:t>10.628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8846E2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0AD5C660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4FAC2F" w14:textId="77777777" w:rsidR="00D52C5A" w:rsidRDefault="00000000">
            <w:pPr>
              <w:spacing w:after="0"/>
            </w:pPr>
            <w:r>
              <w:rPr>
                <w:sz w:val="16"/>
              </w:rPr>
              <w:t>15 kHz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8D4AA9" w14:textId="77777777" w:rsidR="00D52C5A" w:rsidRDefault="00000000">
            <w:pPr>
              <w:spacing w:after="0"/>
            </w:pPr>
            <w:r>
              <w:rPr>
                <w:sz w:val="16"/>
              </w:rPr>
              <w:t>CS+3 vs. CS+15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4760917" w14:textId="77777777" w:rsidR="00D52C5A" w:rsidRDefault="00000000">
            <w:pPr>
              <w:spacing w:after="0"/>
            </w:pPr>
            <w:r>
              <w:rPr>
                <w:sz w:val="16"/>
              </w:rPr>
              <w:t>0.841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478D12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FBE3F2" w14:textId="77777777" w:rsidR="00D52C5A" w:rsidRDefault="00000000">
            <w:pPr>
              <w:spacing w:after="0"/>
            </w:pPr>
            <w:r>
              <w:rPr>
                <w:sz w:val="16"/>
              </w:rPr>
              <w:t>11.519</w:t>
            </w:r>
          </w:p>
        </w:tc>
        <w:tc>
          <w:tcPr>
            <w:tcW w:w="1608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64B739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</w:tbl>
    <w:p w14:paraId="4627FAFC" w14:textId="77777777" w:rsidR="00D52C5A" w:rsidRDefault="00000000">
      <w:pPr>
        <w:spacing w:before="120" w:after="40"/>
      </w:pPr>
      <w:r>
        <w:rPr>
          <w:b/>
        </w:rPr>
        <w:t>Fig. 8n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30955D66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6D47289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3AB53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A467804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76E90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D76906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E4C1CD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EBBF4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15A63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2AF94566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2CE359" w14:textId="7FD10776" w:rsidR="00D52C5A" w:rsidRDefault="005370D2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E1AD09B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C1AD24" w14:textId="77777777" w:rsidR="00D52C5A" w:rsidRDefault="00000000">
            <w:pPr>
              <w:spacing w:after="0"/>
            </w:pPr>
            <w:r>
              <w:rPr>
                <w:sz w:val="16"/>
              </w:rPr>
              <w:t>0.00308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21C0808" w14:textId="77777777" w:rsidR="00D52C5A" w:rsidRDefault="00000000">
            <w:pPr>
              <w:spacing w:after="0"/>
            </w:pPr>
            <w:r>
              <w:rPr>
                <w:sz w:val="16"/>
              </w:rPr>
              <w:t>0.00308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86CFF76" w14:textId="77777777" w:rsidR="00D52C5A" w:rsidRDefault="00000000">
            <w:pPr>
              <w:spacing w:after="0"/>
            </w:pPr>
            <w:r>
              <w:rPr>
                <w:sz w:val="16"/>
              </w:rPr>
              <w:t>0.122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912291" w14:textId="77777777" w:rsidR="00D52C5A" w:rsidRDefault="00000000">
            <w:pPr>
              <w:spacing w:after="0"/>
            </w:pPr>
            <w:r>
              <w:rPr>
                <w:sz w:val="16"/>
              </w:rPr>
              <w:t>1, 10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2E7E035" w14:textId="77777777" w:rsidR="00D52C5A" w:rsidRDefault="00000000">
            <w:pPr>
              <w:spacing w:after="0"/>
            </w:pPr>
            <w:r>
              <w:rPr>
                <w:sz w:val="16"/>
              </w:rPr>
              <w:t>0.733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910853" w14:textId="77777777" w:rsidR="00D52C5A" w:rsidRDefault="00000000">
            <w:pPr>
              <w:spacing w:after="0"/>
            </w:pPr>
            <w:r>
              <w:rPr>
                <w:sz w:val="16"/>
              </w:rPr>
              <w:t>0.01</w:t>
            </w:r>
          </w:p>
        </w:tc>
      </w:tr>
      <w:tr w:rsidR="00D52C5A" w14:paraId="19446CD5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7E82D73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2474FC" w14:textId="77777777" w:rsidR="00D52C5A" w:rsidRDefault="00000000">
            <w:pPr>
              <w:spacing w:after="0"/>
            </w:pPr>
            <w:r>
              <w:rPr>
                <w:sz w:val="16"/>
              </w:rPr>
              <w:t>Day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A8CA14" w14:textId="77777777" w:rsidR="00D52C5A" w:rsidRDefault="00000000">
            <w:pPr>
              <w:spacing w:after="0"/>
            </w:pPr>
            <w:r>
              <w:rPr>
                <w:sz w:val="16"/>
              </w:rPr>
              <w:t>0.0437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5D35A3" w14:textId="77777777" w:rsidR="00D52C5A" w:rsidRDefault="00000000">
            <w:pPr>
              <w:spacing w:after="0"/>
            </w:pPr>
            <w:r>
              <w:rPr>
                <w:sz w:val="16"/>
              </w:rPr>
              <w:t>0.0218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EDF75EB" w14:textId="77777777" w:rsidR="00D52C5A" w:rsidRDefault="00000000">
            <w:pPr>
              <w:spacing w:after="0"/>
            </w:pPr>
            <w:r>
              <w:rPr>
                <w:sz w:val="16"/>
              </w:rPr>
              <w:t>1.323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BBB20E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AA9C53" w14:textId="77777777" w:rsidR="00D52C5A" w:rsidRDefault="00000000">
            <w:pPr>
              <w:spacing w:after="0"/>
            </w:pPr>
            <w:r>
              <w:rPr>
                <w:sz w:val="16"/>
              </w:rPr>
              <w:t>0.296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3C02CF" w14:textId="77777777" w:rsidR="00D52C5A" w:rsidRDefault="00000000">
            <w:pPr>
              <w:spacing w:after="0"/>
            </w:pPr>
            <w:r>
              <w:rPr>
                <w:sz w:val="16"/>
              </w:rPr>
              <w:t>0.15</w:t>
            </w:r>
          </w:p>
        </w:tc>
      </w:tr>
      <w:tr w:rsidR="00D52C5A" w14:paraId="34DC62D9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0FF29B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DB1A9B" w14:textId="77777777" w:rsidR="00D52C5A" w:rsidRDefault="00000000">
            <w:pPr>
              <w:spacing w:after="0"/>
            </w:pPr>
            <w:r>
              <w:rPr>
                <w:sz w:val="16"/>
              </w:rPr>
              <w:t>Group x Day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986062" w14:textId="77777777" w:rsidR="00D52C5A" w:rsidRDefault="00000000">
            <w:pPr>
              <w:spacing w:after="0"/>
            </w:pPr>
            <w:r>
              <w:rPr>
                <w:sz w:val="16"/>
              </w:rPr>
              <w:t>0.0299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B672A8" w14:textId="77777777" w:rsidR="00D52C5A" w:rsidRDefault="00000000">
            <w:pPr>
              <w:spacing w:after="0"/>
            </w:pPr>
            <w:r>
              <w:rPr>
                <w:sz w:val="16"/>
              </w:rPr>
              <w:t>0.015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5975F7" w14:textId="77777777" w:rsidR="00D52C5A" w:rsidRDefault="00000000">
            <w:pPr>
              <w:spacing w:after="0"/>
            </w:pPr>
            <w:r>
              <w:rPr>
                <w:sz w:val="16"/>
              </w:rPr>
              <w:t>0.907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80F63E5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77EF87" w14:textId="77777777" w:rsidR="00D52C5A" w:rsidRDefault="00000000">
            <w:pPr>
              <w:spacing w:after="0"/>
            </w:pPr>
            <w:r>
              <w:rPr>
                <w:sz w:val="16"/>
              </w:rPr>
              <w:t>0.425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2CF5BF" w14:textId="77777777" w:rsidR="00D52C5A" w:rsidRDefault="00000000">
            <w:pPr>
              <w:spacing w:after="0"/>
            </w:pPr>
            <w:r>
              <w:rPr>
                <w:sz w:val="16"/>
              </w:rPr>
              <w:t>0.11</w:t>
            </w:r>
          </w:p>
        </w:tc>
      </w:tr>
    </w:tbl>
    <w:p w14:paraId="05C8FD19" w14:textId="77777777" w:rsidR="00D52C5A" w:rsidRDefault="00000000">
      <w:r>
        <w:br w:type="page"/>
      </w:r>
    </w:p>
    <w:p w14:paraId="0AA25408" w14:textId="77777777" w:rsidR="00D52C5A" w:rsidRDefault="00000000">
      <w:pPr>
        <w:spacing w:before="120" w:after="40"/>
      </w:pPr>
      <w:r>
        <w:rPr>
          <w:b/>
        </w:rPr>
        <w:lastRenderedPageBreak/>
        <w:t>Fig. 8o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33AE3885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07E6B9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F3712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48410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F30AD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F3085D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949BBF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C27BE9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C65B6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414417AD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BB0A94" w14:textId="6989D582" w:rsidR="00D52C5A" w:rsidRDefault="005370D2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919573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B1F33C5" w14:textId="77777777" w:rsidR="00D52C5A" w:rsidRDefault="00000000">
            <w:pPr>
              <w:spacing w:after="0"/>
            </w:pPr>
            <w:r>
              <w:rPr>
                <w:sz w:val="16"/>
              </w:rPr>
              <w:t>0.0609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11E1FC" w14:textId="77777777" w:rsidR="00D52C5A" w:rsidRDefault="00000000">
            <w:pPr>
              <w:spacing w:after="0"/>
            </w:pPr>
            <w:r>
              <w:rPr>
                <w:sz w:val="16"/>
              </w:rPr>
              <w:t>0.0609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175D16" w14:textId="77777777" w:rsidR="00D52C5A" w:rsidRDefault="00000000">
            <w:pPr>
              <w:spacing w:after="0"/>
            </w:pPr>
            <w:r>
              <w:rPr>
                <w:sz w:val="16"/>
              </w:rPr>
              <w:t>1.421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5AD4FA" w14:textId="77777777" w:rsidR="00D52C5A" w:rsidRDefault="00000000">
            <w:pPr>
              <w:spacing w:after="0"/>
            </w:pPr>
            <w:r>
              <w:rPr>
                <w:sz w:val="16"/>
              </w:rPr>
              <w:t>1, 10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A97FAB" w14:textId="77777777" w:rsidR="00D52C5A" w:rsidRDefault="00000000">
            <w:pPr>
              <w:spacing w:after="0"/>
            </w:pPr>
            <w:r>
              <w:rPr>
                <w:sz w:val="16"/>
              </w:rPr>
              <w:t>0.261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939EE9" w14:textId="77777777" w:rsidR="00D52C5A" w:rsidRDefault="00000000">
            <w:pPr>
              <w:spacing w:after="0"/>
            </w:pPr>
            <w:r>
              <w:rPr>
                <w:sz w:val="16"/>
              </w:rPr>
              <w:t>0.12</w:t>
            </w:r>
          </w:p>
        </w:tc>
      </w:tr>
      <w:tr w:rsidR="00D52C5A" w14:paraId="2CDE66F1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4D292D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31A1AD" w14:textId="77777777" w:rsidR="00D52C5A" w:rsidRDefault="00000000">
            <w:pPr>
              <w:spacing w:after="0"/>
            </w:pPr>
            <w:r>
              <w:rPr>
                <w:sz w:val="16"/>
              </w:rPr>
              <w:t>Day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144D46" w14:textId="77777777" w:rsidR="00D52C5A" w:rsidRDefault="00000000">
            <w:pPr>
              <w:spacing w:after="0"/>
            </w:pPr>
            <w:r>
              <w:rPr>
                <w:sz w:val="16"/>
              </w:rPr>
              <w:t>3.081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3E5780F" w14:textId="77777777" w:rsidR="00D52C5A" w:rsidRDefault="00000000">
            <w:pPr>
              <w:spacing w:after="0"/>
            </w:pPr>
            <w:r>
              <w:rPr>
                <w:sz w:val="16"/>
              </w:rPr>
              <w:t>3.081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3B9438" w14:textId="77777777" w:rsidR="00D52C5A" w:rsidRDefault="00000000">
            <w:pPr>
              <w:spacing w:after="0"/>
            </w:pPr>
            <w:r>
              <w:rPr>
                <w:sz w:val="16"/>
              </w:rPr>
              <w:t>443.863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B1E7BC" w14:textId="77777777" w:rsidR="00D52C5A" w:rsidRDefault="00000000">
            <w:pPr>
              <w:spacing w:after="0"/>
            </w:pPr>
            <w:r>
              <w:rPr>
                <w:sz w:val="16"/>
              </w:rPr>
              <w:t>1, 10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13E466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2DF35E" w14:textId="77777777" w:rsidR="00D52C5A" w:rsidRDefault="00000000">
            <w:pPr>
              <w:spacing w:after="0"/>
            </w:pPr>
            <w:r>
              <w:rPr>
                <w:sz w:val="16"/>
              </w:rPr>
              <w:t>0.98</w:t>
            </w:r>
          </w:p>
        </w:tc>
      </w:tr>
      <w:tr w:rsidR="00D52C5A" w14:paraId="2AE9FC95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2006E3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B51C6A" w14:textId="77777777" w:rsidR="00D52C5A" w:rsidRDefault="00000000">
            <w:pPr>
              <w:spacing w:after="0"/>
            </w:pPr>
            <w:r>
              <w:rPr>
                <w:sz w:val="16"/>
              </w:rPr>
              <w:t>Group x Day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0FE25B" w14:textId="77777777" w:rsidR="00D52C5A" w:rsidRDefault="00000000">
            <w:pPr>
              <w:spacing w:after="0"/>
            </w:pPr>
            <w:r>
              <w:rPr>
                <w:sz w:val="16"/>
              </w:rPr>
              <w:t>0.0436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6B7A59" w14:textId="77777777" w:rsidR="00D52C5A" w:rsidRDefault="00000000">
            <w:pPr>
              <w:spacing w:after="0"/>
            </w:pPr>
            <w:r>
              <w:rPr>
                <w:sz w:val="16"/>
              </w:rPr>
              <w:t>0.0436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419881" w14:textId="77777777" w:rsidR="00D52C5A" w:rsidRDefault="00000000">
            <w:pPr>
              <w:spacing w:after="0"/>
            </w:pPr>
            <w:r>
              <w:rPr>
                <w:sz w:val="16"/>
              </w:rPr>
              <w:t>6.285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A843D1E" w14:textId="77777777" w:rsidR="00D52C5A" w:rsidRDefault="00000000">
            <w:pPr>
              <w:spacing w:after="0"/>
            </w:pPr>
            <w:r>
              <w:rPr>
                <w:sz w:val="16"/>
              </w:rPr>
              <w:t>2, 15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E2980D6" w14:textId="77777777" w:rsidR="00D52C5A" w:rsidRDefault="00000000">
            <w:pPr>
              <w:spacing w:after="0"/>
            </w:pPr>
            <w:r>
              <w:rPr>
                <w:sz w:val="16"/>
              </w:rPr>
              <w:t>0.031*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94082E3" w14:textId="77777777" w:rsidR="00D52C5A" w:rsidRDefault="00000000">
            <w:pPr>
              <w:spacing w:after="0"/>
            </w:pPr>
            <w:r>
              <w:rPr>
                <w:sz w:val="16"/>
              </w:rPr>
              <w:t>0.46</w:t>
            </w:r>
          </w:p>
        </w:tc>
      </w:tr>
    </w:tbl>
    <w:p w14:paraId="6D8BA9DB" w14:textId="77777777" w:rsidR="00D52C5A" w:rsidRDefault="00000000">
      <w:pPr>
        <w:spacing w:before="60" w:after="20"/>
      </w:pPr>
      <w:r>
        <w:rPr>
          <w:b/>
          <w:sz w:val="18"/>
        </w:rPr>
        <w:t>Tukey post hoc comparisons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08"/>
        <w:gridCol w:w="1608"/>
        <w:gridCol w:w="1608"/>
        <w:gridCol w:w="1608"/>
        <w:gridCol w:w="1608"/>
        <w:gridCol w:w="1608"/>
      </w:tblGrid>
      <w:tr w:rsidR="00D52C5A" w14:paraId="6D9E9FAB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2002C9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Factor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BBABA2C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8521B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Diff. of means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6B73E0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491EA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6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29FB68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D52C5A" w14:paraId="362EDDF2" w14:textId="77777777" w:rsidTr="005370D2">
        <w:trPr>
          <w:jc w:val="center"/>
        </w:trPr>
        <w:tc>
          <w:tcPr>
            <w:tcW w:w="1608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60499F" w14:textId="77777777" w:rsidR="00D52C5A" w:rsidRDefault="00000000">
            <w:pPr>
              <w:spacing w:after="0"/>
            </w:pPr>
            <w:r>
              <w:rPr>
                <w:sz w:val="16"/>
              </w:rPr>
              <w:t>within CS+15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F5452E" w14:textId="77777777" w:rsidR="00D52C5A" w:rsidRDefault="00000000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6BEF9F" w14:textId="77777777" w:rsidR="00D52C5A" w:rsidRDefault="00000000">
            <w:pPr>
              <w:spacing w:after="0"/>
            </w:pPr>
            <w:r>
              <w:rPr>
                <w:sz w:val="16"/>
              </w:rPr>
              <w:t>0.813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D46E9E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8A484A7" w14:textId="77777777" w:rsidR="00D52C5A" w:rsidRDefault="00000000">
            <w:pPr>
              <w:spacing w:after="0"/>
            </w:pPr>
            <w:r>
              <w:rPr>
                <w:sz w:val="16"/>
              </w:rPr>
              <w:t>25.825</w:t>
            </w:r>
          </w:p>
        </w:tc>
        <w:tc>
          <w:tcPr>
            <w:tcW w:w="1608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A81F208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332AC687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0559DE" w14:textId="77777777" w:rsidR="00D52C5A" w:rsidRDefault="00000000">
            <w:pPr>
              <w:spacing w:after="0"/>
            </w:pPr>
            <w:r>
              <w:rPr>
                <w:sz w:val="16"/>
              </w:rPr>
              <w:t>within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556207" w14:textId="77777777" w:rsidR="00D52C5A" w:rsidRDefault="00000000">
            <w:pPr>
              <w:spacing w:after="0"/>
            </w:pPr>
            <w:r>
              <w:rPr>
                <w:sz w:val="16"/>
              </w:rPr>
              <w:t>Tone vs. freezing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59E9238" w14:textId="77777777" w:rsidR="00D52C5A" w:rsidRDefault="00000000">
            <w:pPr>
              <w:spacing w:after="0"/>
            </w:pPr>
            <w:r>
              <w:rPr>
                <w:sz w:val="16"/>
              </w:rPr>
              <w:t>0.640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5C227E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CA425CD" w14:textId="77777777" w:rsidR="00D52C5A" w:rsidRDefault="00000000">
            <w:pPr>
              <w:spacing w:after="0"/>
            </w:pPr>
            <w:r>
              <w:rPr>
                <w:sz w:val="16"/>
              </w:rPr>
              <w:t>17.184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4ADDC5" w14:textId="77777777" w:rsidR="00D52C5A" w:rsidRDefault="00000000">
            <w:pPr>
              <w:spacing w:after="0"/>
            </w:pPr>
            <w:r>
              <w:rPr>
                <w:sz w:val="16"/>
              </w:rPr>
              <w:t>&lt; 0.001***</w:t>
            </w:r>
          </w:p>
        </w:tc>
      </w:tr>
      <w:tr w:rsidR="00D52C5A" w14:paraId="7105A106" w14:textId="77777777" w:rsidTr="005370D2">
        <w:trPr>
          <w:jc w:val="center"/>
        </w:trPr>
        <w:tc>
          <w:tcPr>
            <w:tcW w:w="1608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B0EFB78" w14:textId="77777777" w:rsidR="00D52C5A" w:rsidRDefault="00000000">
            <w:pPr>
              <w:spacing w:after="0"/>
            </w:pPr>
            <w:r>
              <w:rPr>
                <w:sz w:val="16"/>
              </w:rPr>
              <w:t>within freezing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D1D693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21B726" w14:textId="77777777" w:rsidR="00D52C5A" w:rsidRDefault="00000000">
            <w:pPr>
              <w:spacing w:after="0"/>
            </w:pPr>
            <w:r>
              <w:rPr>
                <w:sz w:val="16"/>
              </w:rPr>
              <w:t>0.0157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97BD5F0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CB4DAD" w14:textId="77777777" w:rsidR="00D52C5A" w:rsidRDefault="00000000">
            <w:pPr>
              <w:spacing w:after="0"/>
            </w:pPr>
            <w:r>
              <w:rPr>
                <w:sz w:val="16"/>
              </w:rPr>
              <w:t>0.240</w:t>
            </w:r>
          </w:p>
        </w:tc>
        <w:tc>
          <w:tcPr>
            <w:tcW w:w="1608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6FB87E" w14:textId="77777777" w:rsidR="00D52C5A" w:rsidRDefault="00000000">
            <w:pPr>
              <w:spacing w:after="0"/>
            </w:pPr>
            <w:r>
              <w:rPr>
                <w:sz w:val="16"/>
              </w:rPr>
              <w:t>0.868</w:t>
            </w:r>
          </w:p>
        </w:tc>
      </w:tr>
      <w:tr w:rsidR="00D52C5A" w14:paraId="0FE59050" w14:textId="77777777" w:rsidTr="005370D2">
        <w:trPr>
          <w:jc w:val="center"/>
        </w:trPr>
        <w:tc>
          <w:tcPr>
            <w:tcW w:w="1608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FF48B4" w14:textId="77777777" w:rsidR="00D52C5A" w:rsidRDefault="00000000">
            <w:pPr>
              <w:spacing w:after="0"/>
            </w:pPr>
            <w:r>
              <w:rPr>
                <w:sz w:val="16"/>
              </w:rPr>
              <w:t>within tone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952663" w14:textId="77777777" w:rsidR="00D52C5A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EE8DB1" w14:textId="77777777" w:rsidR="00D52C5A" w:rsidRDefault="00000000">
            <w:pPr>
              <w:spacing w:after="0"/>
            </w:pPr>
            <w:r>
              <w:rPr>
                <w:sz w:val="16"/>
              </w:rPr>
              <w:t>0.189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BE7E2B" w14:textId="77777777" w:rsidR="00D52C5A" w:rsidRDefault="0000000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608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FAFA4E" w14:textId="77777777" w:rsidR="00D52C5A" w:rsidRDefault="00000000">
            <w:pPr>
              <w:spacing w:after="0"/>
            </w:pPr>
            <w:r>
              <w:rPr>
                <w:sz w:val="16"/>
              </w:rPr>
              <w:t>2.888</w:t>
            </w:r>
          </w:p>
        </w:tc>
        <w:tc>
          <w:tcPr>
            <w:tcW w:w="1608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2617581" w14:textId="77777777" w:rsidR="00D52C5A" w:rsidRDefault="00000000">
            <w:pPr>
              <w:spacing w:after="0"/>
            </w:pPr>
            <w:r>
              <w:rPr>
                <w:sz w:val="16"/>
              </w:rPr>
              <w:t>0.062</w:t>
            </w:r>
          </w:p>
        </w:tc>
      </w:tr>
    </w:tbl>
    <w:p w14:paraId="74DDF43F" w14:textId="77777777" w:rsidR="00D52C5A" w:rsidRDefault="00000000">
      <w:pPr>
        <w:spacing w:before="120" w:after="40"/>
      </w:pPr>
      <w:r>
        <w:rPr>
          <w:b/>
        </w:rPr>
        <w:t>Fig. 8p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6"/>
        <w:gridCol w:w="1206"/>
        <w:gridCol w:w="1206"/>
        <w:gridCol w:w="1206"/>
        <w:gridCol w:w="1206"/>
        <w:gridCol w:w="1206"/>
        <w:gridCol w:w="1206"/>
        <w:gridCol w:w="1206"/>
      </w:tblGrid>
      <w:tr w:rsidR="00D52C5A" w14:paraId="6E9D631E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1F0150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Modulation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63054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CF6CC9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8D37B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79EE8AE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513175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E30B9A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40F253" w14:textId="77777777" w:rsidR="00D52C5A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D52C5A" w14:paraId="355C6B3B" w14:textId="77777777" w:rsidTr="005370D2">
        <w:trPr>
          <w:jc w:val="center"/>
        </w:trPr>
        <w:tc>
          <w:tcPr>
            <w:tcW w:w="1206" w:type="dxa"/>
            <w:tcBorders>
              <w:top w:val="single" w:sz="12" w:space="0" w:color="000000"/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F0779A" w14:textId="4FEAB90F" w:rsidR="00D52C5A" w:rsidRDefault="005370D2">
            <w:pPr>
              <w:spacing w:after="0"/>
            </w:pPr>
            <w:r>
              <w:rPr>
                <w:sz w:val="16"/>
              </w:rPr>
              <w:t>Negative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29129A" w14:textId="77777777" w:rsidR="00D52C5A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CBB9EF9" w14:textId="77777777" w:rsidR="00D52C5A" w:rsidRDefault="00000000">
            <w:pPr>
              <w:spacing w:after="0"/>
            </w:pPr>
            <w:r>
              <w:rPr>
                <w:sz w:val="16"/>
              </w:rPr>
              <w:t>174.242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4CE8834" w14:textId="77777777" w:rsidR="00D52C5A" w:rsidRDefault="00000000">
            <w:pPr>
              <w:spacing w:after="0"/>
            </w:pPr>
            <w:r>
              <w:rPr>
                <w:sz w:val="16"/>
              </w:rPr>
              <w:t>174.242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24C133F" w14:textId="77777777" w:rsidR="00D52C5A" w:rsidRDefault="00000000">
            <w:pPr>
              <w:spacing w:after="0"/>
            </w:pPr>
            <w:r>
              <w:rPr>
                <w:sz w:val="16"/>
              </w:rPr>
              <w:t>2.001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B8B485A" w14:textId="77777777" w:rsidR="00D52C5A" w:rsidRDefault="00000000">
            <w:pPr>
              <w:spacing w:after="0"/>
            </w:pPr>
            <w:r>
              <w:rPr>
                <w:sz w:val="16"/>
              </w:rPr>
              <w:t>1, 10</w:t>
            </w:r>
          </w:p>
        </w:tc>
        <w:tc>
          <w:tcPr>
            <w:tcW w:w="1206" w:type="dxa"/>
            <w:tcBorders>
              <w:top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639742" w14:textId="77777777" w:rsidR="00D52C5A" w:rsidRDefault="00000000">
            <w:pPr>
              <w:spacing w:after="0"/>
            </w:pPr>
            <w:r>
              <w:rPr>
                <w:sz w:val="16"/>
              </w:rPr>
              <w:t>0.188</w:t>
            </w:r>
          </w:p>
        </w:tc>
        <w:tc>
          <w:tcPr>
            <w:tcW w:w="1206" w:type="dxa"/>
            <w:tcBorders>
              <w:top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AEB4D6" w14:textId="77777777" w:rsidR="00D52C5A" w:rsidRDefault="00000000">
            <w:pPr>
              <w:spacing w:after="0"/>
            </w:pPr>
            <w:r>
              <w:rPr>
                <w:sz w:val="16"/>
              </w:rPr>
              <w:t>0.17</w:t>
            </w:r>
          </w:p>
        </w:tc>
      </w:tr>
      <w:tr w:rsidR="00D52C5A" w14:paraId="036A63DC" w14:textId="77777777" w:rsidTr="005370D2">
        <w:trPr>
          <w:jc w:val="center"/>
        </w:trPr>
        <w:tc>
          <w:tcPr>
            <w:tcW w:w="1206" w:type="dxa"/>
            <w:tcBorders>
              <w:lef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58A8915" w14:textId="77777777" w:rsidR="00D52C5A" w:rsidRDefault="00D52C5A">
            <w:pPr>
              <w:spacing w:after="0"/>
            </w:pP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EB9AB85" w14:textId="77777777" w:rsidR="00D52C5A" w:rsidRDefault="00000000">
            <w:pPr>
              <w:spacing w:after="0"/>
            </w:pPr>
            <w:r>
              <w:rPr>
                <w:sz w:val="16"/>
              </w:rPr>
              <w:t>Day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F5CC55" w14:textId="77777777" w:rsidR="00D52C5A" w:rsidRDefault="00000000">
            <w:pPr>
              <w:spacing w:after="0"/>
            </w:pPr>
            <w:r>
              <w:rPr>
                <w:sz w:val="16"/>
              </w:rPr>
              <w:t>11.597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7ACA981" w14:textId="77777777" w:rsidR="00D52C5A" w:rsidRDefault="00000000">
            <w:pPr>
              <w:spacing w:after="0"/>
            </w:pPr>
            <w:r>
              <w:rPr>
                <w:sz w:val="16"/>
              </w:rPr>
              <w:t>5.799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5EF7E6C" w14:textId="77777777" w:rsidR="00D52C5A" w:rsidRDefault="00000000">
            <w:pPr>
              <w:spacing w:after="0"/>
            </w:pPr>
            <w:r>
              <w:rPr>
                <w:sz w:val="16"/>
              </w:rPr>
              <w:t>0.065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FD1D6CA" w14:textId="77777777" w:rsidR="00D52C5A" w:rsidRDefault="00000000">
            <w:pPr>
              <w:spacing w:after="0"/>
            </w:pPr>
            <w:r>
              <w:rPr>
                <w:sz w:val="16"/>
              </w:rPr>
              <w:t>2, 19</w:t>
            </w:r>
          </w:p>
        </w:tc>
        <w:tc>
          <w:tcPr>
            <w:tcW w:w="1206" w:type="dxa"/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029F042" w14:textId="77777777" w:rsidR="00D52C5A" w:rsidRDefault="00000000">
            <w:pPr>
              <w:spacing w:after="0"/>
            </w:pPr>
            <w:r>
              <w:rPr>
                <w:sz w:val="16"/>
              </w:rPr>
              <w:t>0.937</w:t>
            </w:r>
          </w:p>
        </w:tc>
        <w:tc>
          <w:tcPr>
            <w:tcW w:w="1206" w:type="dxa"/>
            <w:tcBorders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3F2C488" w14:textId="77777777" w:rsidR="00D52C5A" w:rsidRDefault="00000000">
            <w:pPr>
              <w:spacing w:after="0"/>
            </w:pPr>
            <w:r>
              <w:rPr>
                <w:sz w:val="16"/>
              </w:rPr>
              <w:t>0.01</w:t>
            </w:r>
          </w:p>
        </w:tc>
      </w:tr>
      <w:tr w:rsidR="00D52C5A" w14:paraId="7E97A62C" w14:textId="77777777" w:rsidTr="005370D2">
        <w:trPr>
          <w:jc w:val="center"/>
        </w:trPr>
        <w:tc>
          <w:tcPr>
            <w:tcW w:w="1206" w:type="dxa"/>
            <w:tcBorders>
              <w:left w:val="nil"/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85A938" w14:textId="77777777" w:rsidR="00D52C5A" w:rsidRDefault="00D52C5A">
            <w:pPr>
              <w:spacing w:after="0"/>
            </w:pP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9B988F5" w14:textId="77777777" w:rsidR="00D52C5A" w:rsidRDefault="00000000">
            <w:pPr>
              <w:spacing w:after="0"/>
            </w:pPr>
            <w:r>
              <w:rPr>
                <w:sz w:val="16"/>
              </w:rPr>
              <w:t>Group x Day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C80103" w14:textId="77777777" w:rsidR="00D52C5A" w:rsidRDefault="00000000">
            <w:pPr>
              <w:spacing w:after="0"/>
            </w:pPr>
            <w:r>
              <w:rPr>
                <w:sz w:val="16"/>
              </w:rPr>
              <w:t>149.463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DB9A0B" w14:textId="77777777" w:rsidR="00D52C5A" w:rsidRDefault="00000000">
            <w:pPr>
              <w:spacing w:after="0"/>
            </w:pPr>
            <w:r>
              <w:rPr>
                <w:sz w:val="16"/>
              </w:rPr>
              <w:t>74.732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B17C8D" w14:textId="77777777" w:rsidR="00D52C5A" w:rsidRDefault="00000000">
            <w:pPr>
              <w:spacing w:after="0"/>
            </w:pPr>
            <w:r>
              <w:rPr>
                <w:sz w:val="16"/>
              </w:rPr>
              <w:t>0.838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703FDEB" w14:textId="77777777" w:rsidR="00D52C5A" w:rsidRDefault="00000000">
            <w:pPr>
              <w:spacing w:after="0"/>
            </w:pPr>
            <w:r>
              <w:rPr>
                <w:sz w:val="16"/>
              </w:rPr>
              <w:t>2, 19</w:t>
            </w:r>
          </w:p>
        </w:tc>
        <w:tc>
          <w:tcPr>
            <w:tcW w:w="1206" w:type="dxa"/>
            <w:tcBorders>
              <w:bottom w:val="single" w:sz="12" w:space="0" w:color="000000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311244" w14:textId="77777777" w:rsidR="00D52C5A" w:rsidRDefault="00000000">
            <w:pPr>
              <w:spacing w:after="0"/>
            </w:pPr>
            <w:r>
              <w:rPr>
                <w:sz w:val="16"/>
              </w:rPr>
              <w:t>0.448</w:t>
            </w:r>
          </w:p>
        </w:tc>
        <w:tc>
          <w:tcPr>
            <w:tcW w:w="1206" w:type="dxa"/>
            <w:tcBorders>
              <w:bottom w:val="single" w:sz="12" w:space="0" w:color="000000"/>
              <w:right w:val="nil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9671C7" w14:textId="77777777" w:rsidR="00D52C5A" w:rsidRDefault="00000000">
            <w:pPr>
              <w:spacing w:after="0"/>
            </w:pPr>
            <w:r>
              <w:rPr>
                <w:sz w:val="16"/>
              </w:rPr>
              <w:t>0.08</w:t>
            </w:r>
          </w:p>
        </w:tc>
      </w:tr>
    </w:tbl>
    <w:p w14:paraId="00F0AC8A" w14:textId="77777777" w:rsidR="00F5680E" w:rsidRDefault="00F5680E" w:rsidP="00F5680E">
      <w:pPr>
        <w:spacing w:after="0" w:line="240" w:lineRule="auto"/>
        <w:rPr>
          <w:b/>
          <w:sz w:val="21"/>
        </w:rPr>
      </w:pPr>
    </w:p>
    <w:p w14:paraId="1ACEDFBF" w14:textId="3A267922" w:rsidR="00D52C5A" w:rsidRPr="00F5680E" w:rsidRDefault="00F5680E" w:rsidP="00F5680E">
      <w:pPr>
        <w:spacing w:after="0" w:line="240" w:lineRule="auto"/>
        <w:rPr>
          <w:b/>
          <w:sz w:val="21"/>
        </w:rPr>
      </w:pPr>
      <w:r>
        <w:rPr>
          <w:b/>
          <w:sz w:val="21"/>
        </w:rPr>
        <w:t>Supplementary File 7</w:t>
      </w:r>
      <w:r>
        <w:rPr>
          <w:b/>
          <w:sz w:val="21"/>
        </w:rPr>
        <w:t xml:space="preserve"> (Fig. 8)</w:t>
      </w:r>
      <w:r w:rsidR="00000000" w:rsidRPr="00D21FE0">
        <w:rPr>
          <w:b/>
          <w:bCs/>
        </w:rPr>
        <w:t>.</w:t>
      </w:r>
      <w:r w:rsidR="00000000" w:rsidRPr="00D21FE0">
        <w:t xml:space="preserve"> Statistical analysis of positive and negative modulated single-frequency and graded neurons shown in Fig. 8. Two-way ANOVAs with repeated measures were conducted to evaluate effects of group (CS+15, CS+3, or No shock), frequency (3, 7, 11, 15 kHz), day, condition (tone vs. freezing), and their interactions. Tukey post hoc comparisons are shown where simple effects were tested.</w:t>
      </w:r>
    </w:p>
    <w:sectPr w:rsidR="00D52C5A" w:rsidRPr="00F5680E" w:rsidSect="00034616">
      <w:pgSz w:w="12240" w:h="15840"/>
      <w:pgMar w:top="1008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6395588">
    <w:abstractNumId w:val="8"/>
  </w:num>
  <w:num w:numId="2" w16cid:durableId="1423139919">
    <w:abstractNumId w:val="6"/>
  </w:num>
  <w:num w:numId="3" w16cid:durableId="728770212">
    <w:abstractNumId w:val="5"/>
  </w:num>
  <w:num w:numId="4" w16cid:durableId="2096856151">
    <w:abstractNumId w:val="4"/>
  </w:num>
  <w:num w:numId="5" w16cid:durableId="811139992">
    <w:abstractNumId w:val="7"/>
  </w:num>
  <w:num w:numId="6" w16cid:durableId="2024475184">
    <w:abstractNumId w:val="3"/>
  </w:num>
  <w:num w:numId="7" w16cid:durableId="284501993">
    <w:abstractNumId w:val="2"/>
  </w:num>
  <w:num w:numId="8" w16cid:durableId="83230826">
    <w:abstractNumId w:val="1"/>
  </w:num>
  <w:num w:numId="9" w16cid:durableId="12598702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457F"/>
    <w:rsid w:val="0015074B"/>
    <w:rsid w:val="00223793"/>
    <w:rsid w:val="0029639D"/>
    <w:rsid w:val="002D284B"/>
    <w:rsid w:val="00326F90"/>
    <w:rsid w:val="00330BBE"/>
    <w:rsid w:val="005370D2"/>
    <w:rsid w:val="00AA1D8D"/>
    <w:rsid w:val="00B47730"/>
    <w:rsid w:val="00CB0664"/>
    <w:rsid w:val="00D21FE0"/>
    <w:rsid w:val="00D52C5A"/>
    <w:rsid w:val="00E63F14"/>
    <w:rsid w:val="00E90B49"/>
    <w:rsid w:val="00F568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1F825A"/>
  <w14:defaultImageDpi w14:val="300"/>
  <w15:docId w15:val="{B7C5AA0A-0DD8-4B66-9DEE-D9081864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67464d-fb86-42ae-ac57-d823c915aaac">
      <Terms xmlns="http://schemas.microsoft.com/office/infopath/2007/PartnerControls"/>
    </lcf76f155ced4ddcb4097134ff3c332f>
    <TaxCatchAll xmlns="90c53172-c55d-413d-90b3-8102b54285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77F30FEC59D4784836AE2239F991B" ma:contentTypeVersion="12" ma:contentTypeDescription="Create a new document." ma:contentTypeScope="" ma:versionID="1535f46411240c13aedf608b8824a547">
  <xsd:schema xmlns:xsd="http://www.w3.org/2001/XMLSchema" xmlns:xs="http://www.w3.org/2001/XMLSchema" xmlns:p="http://schemas.microsoft.com/office/2006/metadata/properties" xmlns:ns2="2167464d-fb86-42ae-ac57-d823c915aaac" xmlns:ns3="90c53172-c55d-413d-90b3-8102b5428535" targetNamespace="http://schemas.microsoft.com/office/2006/metadata/properties" ma:root="true" ma:fieldsID="9cab15ad04fc15a45db3a9fb25d02e26" ns2:_="" ns3:_="">
    <xsd:import namespace="2167464d-fb86-42ae-ac57-d823c915aaac"/>
    <xsd:import namespace="90c53172-c55d-413d-90b3-8102b5428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7464d-fb86-42ae-ac57-d823c915a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53172-c55d-413d-90b3-8102b542853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3d8523b-a8e3-4c75-8ad1-bffc2a2951e3}" ma:internalName="TaxCatchAll" ma:showField="CatchAllData" ma:web="90c53172-c55d-413d-90b3-8102b5428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E79B1A-0196-4DA9-9B49-CABAA175EEA0}">
  <ds:schemaRefs>
    <ds:schemaRef ds:uri="http://schemas.microsoft.com/office/2006/metadata/properties"/>
    <ds:schemaRef ds:uri="http://schemas.microsoft.com/office/infopath/2007/PartnerControls"/>
    <ds:schemaRef ds:uri="2167464d-fb86-42ae-ac57-d823c915aaac"/>
    <ds:schemaRef ds:uri="90c53172-c55d-413d-90b3-8102b5428535"/>
  </ds:schemaRefs>
</ds:datastoreItem>
</file>

<file path=customXml/itemProps2.xml><?xml version="1.0" encoding="utf-8"?>
<ds:datastoreItem xmlns:ds="http://schemas.openxmlformats.org/officeDocument/2006/customXml" ds:itemID="{8FA944BA-F3A3-474F-BD3B-77E514B658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0EDD5-1329-47B4-BB60-DB974A5C8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7464d-fb86-42ae-ac57-d823c915aaac"/>
    <ds:schemaRef ds:uri="90c53172-c55d-413d-90b3-8102b5428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Muzzio, Isabel</cp:lastModifiedBy>
  <cp:revision>6</cp:revision>
  <dcterms:created xsi:type="dcterms:W3CDTF">2026-07-14T18:55:00Z</dcterms:created>
  <dcterms:modified xsi:type="dcterms:W3CDTF">2026-10-07T16:32:00Z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0x010100D4A77F30FEC59D4784836AE2239F991B</vt:lpwstr>
  </property>
</Properties>
</file>